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0FE9A1AD" w14:textId="77777777" w:rsidTr="00AF633B">
        <w:trPr>
          <w:cantSplit/>
          <w:trHeight w:val="1316"/>
          <w:jc w:val="center"/>
        </w:trPr>
        <w:tc>
          <w:tcPr>
            <w:tcW w:w="170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4BC199" w14:textId="77777777" w:rsidR="00907A46" w:rsidRPr="005E1D14" w:rsidRDefault="00000000" w:rsidP="005E1D14">
            <w:pPr>
              <w:rPr>
                <w:rFonts w:ascii="Times New Roman" w:hAnsi="Times New Roman" w:cs="Times New Roman"/>
              </w:rPr>
            </w:pPr>
            <w:r w:rsidRPr="005E1D1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1D529D" wp14:editId="6FF72C25">
                  <wp:extent cx="972000" cy="9096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vicon_t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0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4EB238" w14:textId="77777777" w:rsidR="00907A46" w:rsidRPr="005E1D14" w:rsidRDefault="00907A46">
            <w:pPr>
              <w:spacing w:after="20"/>
              <w:rPr>
                <w:rFonts w:ascii="Times New Roman" w:hAnsi="Times New Roman" w:cs="Times New Roman"/>
              </w:rPr>
            </w:pPr>
          </w:p>
          <w:p w14:paraId="2E17EB8E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32"/>
                <w:szCs w:val="28"/>
              </w:rPr>
              <w:t>SAER JOURNAL</w:t>
            </w:r>
          </w:p>
          <w:p w14:paraId="66B47EED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23"/>
                <w:szCs w:val="20"/>
              </w:rPr>
              <w:t>SCHOLARLY ACADEMIC EVIDENCE RESEARCH</w:t>
            </w:r>
          </w:p>
          <w:p w14:paraId="357629DB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5E1D14">
              <w:rPr>
                <w:rFonts w:ascii="Times New Roman" w:hAnsi="Times New Roman" w:cs="Times New Roman"/>
                <w:color w:val="232323"/>
                <w:szCs w:val="16"/>
              </w:rPr>
              <w:t>TITLE PAGE FORM</w:t>
            </w:r>
          </w:p>
          <w:p w14:paraId="113095A5" w14:textId="77777777" w:rsidR="00907A46" w:rsidRPr="005E1D14" w:rsidRDefault="00907A46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EC2F4F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4FDFABC9" w14:textId="77777777" w:rsidR="00907A46" w:rsidRPr="005E1D14" w:rsidRDefault="005E1D14">
      <w:pPr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1F2325"/>
          <w:sz w:val="20"/>
        </w:rPr>
        <w:t>1. ARTICLE INFORMATION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438E8D05" w14:textId="77777777" w:rsidTr="00AF633B">
        <w:trPr>
          <w:cantSplit/>
          <w:trHeight w:val="13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CE1FC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Article Title in Turkish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A6D6E3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6D8D4FC2" w14:textId="77777777" w:rsidTr="00AF633B">
        <w:trPr>
          <w:cantSplit/>
          <w:trHeight w:val="7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C4C864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Article Title in English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487A6B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6BBF6C39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39AD1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Article Type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B2A060" w14:textId="65CE65DC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1"/>
                <w:tag w:val="SAER_CHECKBOX_01"/>
                <w:id w:val="2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43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Research Article    </w:t>
            </w:r>
            <w:sdt>
              <w:sdtPr>
                <w:alias w:val="SAER_Checkbox_02"/>
                <w:tag w:val="SAER_CHECKBOX_02"/>
                <w:id w:val="2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43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Review    </w:t>
            </w:r>
            <w:sdt>
              <w:sdtPr>
                <w:alias w:val="SAER_Checkbox_03"/>
                <w:tag w:val="SAER_CHECKBOX_03"/>
                <w:id w:val="2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Systematic Review    </w:t>
            </w:r>
            <w:sdt>
              <w:sdtPr>
                <w:alias w:val="SAER_Checkbox_04"/>
                <w:tag w:val="SAER_CHECKBOX_04"/>
                <w:id w:val="2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Theoretical/Conceptual    </w:t>
            </w:r>
            <w:sdt>
              <w:sdtPr>
                <w:alias w:val="SAER_Checkbox_05"/>
                <w:tag w:val="SAER_CHECKBOX_05"/>
                <w:id w:val="2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Other</w:t>
            </w:r>
          </w:p>
        </w:tc>
      </w:tr>
      <w:tr w:rsidR="00907A46" w:rsidRPr="005E1D14" w14:paraId="777290CC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A7AF89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Keywords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05D2B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Turkish:  ..................................................................................................................English:  ..................................................................................................................</w:t>
            </w:r>
            <w:r w:rsidRPr="005E1D14">
              <w:rPr>
                <w:rFonts w:cs="Times New Roman"/>
                <w:color w:val="262626"/>
                <w:sz w:val="17"/>
              </w:rPr>
              <w:br/>
            </w:r>
          </w:p>
        </w:tc>
      </w:tr>
    </w:tbl>
    <w:p w14:paraId="0129D0C8" w14:textId="77777777" w:rsidR="00907A46" w:rsidRPr="005E1D14" w:rsidRDefault="00000000">
      <w:pPr>
        <w:spacing w:before="60" w:after="140"/>
        <w:rPr>
          <w:rFonts w:ascii="Times New Roman" w:hAnsi="Times New Roman" w:cs="Times New Roman"/>
        </w:rPr>
      </w:pPr>
      <w:r w:rsidRPr="005E1D14">
        <w:rPr>
          <w:rFonts w:ascii="Times New Roman" w:hAnsi="Times New Roman" w:cs="Times New Roman"/>
          <w:i/>
          <w:color w:val="5A5A5A"/>
          <w:sz w:val="16"/>
        </w:rPr>
        <w:t>Titles must match the information entered in the submission system. Please provide 3-6 keywords where possible.</w:t>
      </w:r>
    </w:p>
    <w:p w14:paraId="3C3B4712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 xml:space="preserve">2. CORRESPONDING AUTHOR 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55938215" w14:textId="77777777" w:rsidTr="005E1D14">
        <w:trPr>
          <w:cantSplit/>
          <w:trHeight w:val="10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226325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Full Name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424D12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2C17D593" w14:textId="77777777" w:rsidTr="005E1D14">
        <w:trPr>
          <w:cantSplit/>
          <w:trHeight w:val="84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F2319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Academic Title (if applicable)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65AFD8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36DD7EC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6935A8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Institution / Department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3C2BEC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17BE81F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0154BF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E-mail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1CFF53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5B8EF61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84C65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ORCID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BA436A" w14:textId="4839BCFF" w:rsidR="00254E62" w:rsidRDefault="00000000">
            <w:r>
              <w:rPr>
                <w:color w:val="333333"/>
                <w:sz w:val="17"/>
              </w:rPr>
              <w:t xml:space="preserve">0000-0000-0000-0000   </w:t>
            </w:r>
            <w:hyperlink r:id="rId9" w:history="1">
              <w:r w:rsidR="00254E62" w:rsidRPr="0050432A">
                <w:rPr>
                  <w:rStyle w:val="Kpr"/>
                  <w:sz w:val="17"/>
                </w:rPr>
                <w:t>ORCID registration / verification</w:t>
              </w:r>
            </w:hyperlink>
            <w:hyperlink r:id="rId10"/>
          </w:p>
        </w:tc>
      </w:tr>
    </w:tbl>
    <w:p w14:paraId="32C44D15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2FCDE73C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3. AUTHORS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2126"/>
        <w:gridCol w:w="1984"/>
        <w:gridCol w:w="2314"/>
        <w:gridCol w:w="1710"/>
      </w:tblGrid>
      <w:tr w:rsidR="00907A46" w:rsidRPr="005E1D14" w14:paraId="596D3AEF" w14:textId="77777777" w:rsidTr="005E1D14">
        <w:trPr>
          <w:cantSplit/>
          <w:jc w:val="center"/>
        </w:trPr>
        <w:tc>
          <w:tcPr>
            <w:tcW w:w="425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2CC304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No.</w:t>
            </w:r>
          </w:p>
        </w:tc>
        <w:tc>
          <w:tcPr>
            <w:tcW w:w="1701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42183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Full Name</w:t>
            </w:r>
          </w:p>
        </w:tc>
        <w:tc>
          <w:tcPr>
            <w:tcW w:w="2126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A8C74F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Institution / Department</w:t>
            </w:r>
          </w:p>
        </w:tc>
        <w:tc>
          <w:tcPr>
            <w:tcW w:w="198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F2F1C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E-mail</w:t>
            </w:r>
          </w:p>
        </w:tc>
        <w:tc>
          <w:tcPr>
            <w:tcW w:w="231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32FF9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ORCID</w:t>
            </w:r>
          </w:p>
        </w:tc>
        <w:tc>
          <w:tcPr>
            <w:tcW w:w="1710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852870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Corresponding Author</w:t>
            </w:r>
          </w:p>
        </w:tc>
      </w:tr>
      <w:tr w:rsidR="00907A46" w:rsidRPr="005E1D14" w14:paraId="78F02195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7AD264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1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E631E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1624A5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8895B8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E4B47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ED4155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6"/>
                <w:tag w:val="SAER_CHECKBOX_06"/>
                <w:id w:val="2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330F2600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454AD0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2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53E6C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CA2D1F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31F89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1BB711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4ACFB5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7"/>
                <w:tag w:val="SAER_CHECKBOX_07"/>
                <w:id w:val="2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7DD4B687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31A045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3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DE61D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5C48B9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5ED652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50DE08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62B55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8"/>
                <w:tag w:val="SAER_CHECKBOX_08"/>
                <w:id w:val="2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7A46" w:rsidRPr="005E1D14" w14:paraId="4883C488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6B6216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4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9EC860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79D150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5F93A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B019E1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DD86A9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9"/>
                <w:tag w:val="SAER_CHECKBOX_09"/>
                <w:id w:val="2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21765A9" w14:textId="77777777" w:rsidR="00907A46" w:rsidRP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  <w:r w:rsidRPr="005E1D14">
        <w:rPr>
          <w:rFonts w:cs="Times New Roman"/>
          <w:i/>
          <w:color w:val="5F5F5F"/>
          <w:sz w:val="15"/>
        </w:rPr>
        <w:t>*For manuscripts with more than four authors, additional rows may be added to the table. The author order must match the order in the submission system.</w:t>
      </w:r>
    </w:p>
    <w:p w14:paraId="56A3A61C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4. AUTHORSHIP AND CONTRIBUTION STATEMENT</w:t>
      </w:r>
    </w:p>
    <w:tbl>
      <w:tblPr>
        <w:tblW w:w="10348" w:type="dxa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273"/>
        <w:gridCol w:w="6387"/>
        <w:gridCol w:w="1688"/>
      </w:tblGrid>
      <w:tr w:rsidR="00254E62" w14:paraId="29E1BEBD" w14:textId="77777777" w:rsidTr="00AF633B">
        <w:trPr>
          <w:jc w:val="center"/>
        </w:trPr>
        <w:tc>
          <w:tcPr>
            <w:tcW w:w="2273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287656" w14:textId="77777777" w:rsidR="00254E62" w:rsidRDefault="00000000">
            <w:r>
              <w:rPr>
                <w:b/>
                <w:color w:val="232323"/>
                <w:sz w:val="16"/>
              </w:rPr>
              <w:t>Author</w:t>
            </w:r>
          </w:p>
        </w:tc>
        <w:tc>
          <w:tcPr>
            <w:tcW w:w="6387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509CE2" w14:textId="77777777" w:rsidR="00254E62" w:rsidRDefault="00000000">
            <w:r>
              <w:rPr>
                <w:b/>
                <w:color w:val="232323"/>
                <w:sz w:val="16"/>
              </w:rPr>
              <w:t>CRediT Contributor Role(s)</w:t>
            </w:r>
          </w:p>
        </w:tc>
        <w:tc>
          <w:tcPr>
            <w:tcW w:w="1688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9F4332" w14:textId="77777777" w:rsidR="00254E62" w:rsidRDefault="00000000">
            <w:r>
              <w:rPr>
                <w:b/>
                <w:color w:val="232323"/>
                <w:sz w:val="16"/>
              </w:rPr>
              <w:t>Contribution (%)</w:t>
            </w:r>
          </w:p>
        </w:tc>
      </w:tr>
      <w:tr w:rsidR="00254E62" w14:paraId="078E4102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F2FE0" w14:textId="77777777" w:rsidR="00254E62" w:rsidRDefault="00000000">
            <w:r>
              <w:rPr>
                <w:b/>
                <w:color w:val="232323"/>
                <w:sz w:val="16"/>
              </w:rPr>
              <w:t>Author 1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C8EB2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BB3933" w14:textId="77777777" w:rsidR="00254E62" w:rsidRDefault="00254E62"/>
        </w:tc>
      </w:tr>
      <w:tr w:rsidR="00254E62" w14:paraId="267C7DCD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0975B" w14:textId="77777777" w:rsidR="00254E62" w:rsidRDefault="00000000">
            <w:r>
              <w:rPr>
                <w:b/>
                <w:color w:val="232323"/>
                <w:sz w:val="16"/>
              </w:rPr>
              <w:t>Author 2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9B6FA6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171B3C" w14:textId="77777777" w:rsidR="00254E62" w:rsidRDefault="00254E62"/>
        </w:tc>
      </w:tr>
      <w:tr w:rsidR="00254E62" w14:paraId="04996EAC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F2F35F" w14:textId="77777777" w:rsidR="00254E62" w:rsidRDefault="00000000">
            <w:r>
              <w:rPr>
                <w:b/>
                <w:color w:val="232323"/>
                <w:sz w:val="16"/>
              </w:rPr>
              <w:t>Author 3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6F4B71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AE1646" w14:textId="77777777" w:rsidR="00254E62" w:rsidRDefault="00254E62"/>
        </w:tc>
      </w:tr>
      <w:tr w:rsidR="00254E62" w14:paraId="23878187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377E0D" w14:textId="77777777" w:rsidR="00254E62" w:rsidRDefault="00000000">
            <w:r>
              <w:rPr>
                <w:b/>
                <w:color w:val="232323"/>
                <w:sz w:val="16"/>
              </w:rPr>
              <w:t>Author 4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EB69BA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3D677" w14:textId="77777777" w:rsidR="00254E62" w:rsidRDefault="00254E62"/>
        </w:tc>
      </w:tr>
      <w:tr w:rsidR="00254E62" w14:paraId="1F1E8021" w14:textId="77777777" w:rsidTr="00AF633B">
        <w:trPr>
          <w:jc w:val="center"/>
        </w:trPr>
        <w:tc>
          <w:tcPr>
            <w:tcW w:w="10348" w:type="dxa"/>
            <w:gridSpan w:val="3"/>
            <w:shd w:val="clear" w:color="auto" w:fill="F5F5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80D9E8" w14:textId="77777777" w:rsidR="00254E62" w:rsidRDefault="00000000">
            <w:pPr>
              <w:spacing w:after="20"/>
              <w:rPr>
                <w:sz w:val="16"/>
              </w:rPr>
            </w:pPr>
            <w:r>
              <w:rPr>
                <w:b/>
                <w:sz w:val="16"/>
              </w:rPr>
              <w:t>Example: Author 1 — Conceptualization, Methodology, Formal Analysis, Writing – Original Draft — 50%</w:t>
            </w:r>
          </w:p>
          <w:p w14:paraId="0A346629" w14:textId="77777777" w:rsidR="00AF633B" w:rsidRPr="00AF633B" w:rsidRDefault="00AF633B">
            <w:pPr>
              <w:spacing w:after="20"/>
              <w:rPr>
                <w:sz w:val="16"/>
                <w:szCs w:val="16"/>
              </w:rPr>
            </w:pPr>
            <w:r w:rsidRPr="00AF633B">
              <w:rPr>
                <w:b/>
                <w:bCs/>
                <w:sz w:val="16"/>
                <w:szCs w:val="16"/>
              </w:rPr>
              <w:t>CRediT Contributor Roles: Conceptualization, Data Curation, Formal Analysis, Funding Acquisition, Investigation, Methodology, Project Administration, Resources, Software, Supervision, Validation, Visualization, Writing – Original Draft, Writing – Review &amp; Editing</w:t>
            </w:r>
          </w:p>
          <w:p w14:paraId="173FF44F" w14:textId="0E3F196D" w:rsidR="00254E62" w:rsidRDefault="00AF633B">
            <w:r>
              <w:rPr>
                <w:b/>
                <w:sz w:val="16"/>
              </w:rPr>
              <w:t xml:space="preserve">For more information: </w:t>
            </w:r>
            <w:hyperlink r:id="rId11" w:history="1">
              <w:r w:rsidRPr="0050432A">
                <w:rPr>
                  <w:rStyle w:val="Kpr"/>
                  <w:b/>
                  <w:sz w:val="16"/>
                </w:rPr>
                <w:t>credit.niso.org/contributor-roles-defined/</w:t>
              </w:r>
            </w:hyperlink>
            <w:hyperlink r:id="rId12"/>
          </w:p>
          <w:p w14:paraId="0B8C4422" w14:textId="77777777" w:rsidR="00AF633B" w:rsidRDefault="00AF633B"/>
        </w:tc>
      </w:tr>
    </w:tbl>
    <w:p w14:paraId="056C15E5" w14:textId="4BE6118A" w:rsidR="00907A46" w:rsidRPr="0050432A" w:rsidRDefault="00000000" w:rsidP="0050432A">
      <w:pPr>
        <w:rPr>
          <w:rFonts w:ascii="Times New Roman" w:hAnsi="Times New Roman" w:cs="Times New Roman"/>
        </w:rPr>
      </w:pPr>
      <w:r w:rsidRPr="005E1D14">
        <w:rPr>
          <w:rFonts w:ascii="Times New Roman" w:hAnsi="Times New Roman" w:cs="Times New Roman"/>
        </w:rPr>
        <w:br w:type="page"/>
      </w:r>
      <w:r w:rsidR="0050432A" w:rsidRPr="0050432A">
        <w:rPr>
          <w:rFonts w:ascii="Georgia" w:hAnsi="Georgia" w:cs="Times New Roman"/>
          <w:b/>
          <w:bCs/>
          <w:sz w:val="21"/>
          <w:szCs w:val="21"/>
        </w:rPr>
        <w:lastRenderedPageBreak/>
        <w:t>5</w:t>
      </w:r>
      <w:r w:rsidR="005E1D14" w:rsidRPr="0050432A">
        <w:rPr>
          <w:rFonts w:ascii="Georgia" w:hAnsi="Georgia" w:cs="Times New Roman"/>
          <w:b/>
          <w:bCs/>
          <w:color w:val="1C1C1C"/>
          <w:sz w:val="21"/>
          <w:szCs w:val="21"/>
        </w:rPr>
        <w:t>.</w:t>
      </w:r>
      <w:r w:rsidR="005E1D14" w:rsidRPr="005E1D14">
        <w:rPr>
          <w:rFonts w:ascii="Georgia" w:hAnsi="Georgia" w:cs="Times New Roman"/>
          <w:b/>
          <w:bCs/>
          <w:color w:val="1C1C1C"/>
          <w:sz w:val="21"/>
        </w:rPr>
        <w:t xml:space="preserve"> ETHICS AND PUBLICATION DECLARATIONS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427"/>
      </w:tblGrid>
      <w:tr w:rsidR="00907A46" w:rsidRPr="005E1D14" w14:paraId="586F71C9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909BA1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0"/>
                <w:tag w:val="SAER_CHECKBOX_10"/>
                <w:id w:val="2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AF342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The manuscript has not been previously published and is not simultaneously under consideration by another journal.</w:t>
            </w:r>
          </w:p>
        </w:tc>
      </w:tr>
      <w:tr w:rsidR="00907A46" w:rsidRPr="005E1D14" w14:paraId="02A1E2DB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6D14C5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1"/>
                <w:tag w:val="SAER_CHECKBOX_11"/>
                <w:id w:val="2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C2A0D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All authors have reviewed the final version of the manuscript and approved its submission.</w:t>
            </w:r>
          </w:p>
        </w:tc>
      </w:tr>
      <w:tr w:rsidR="00907A46" w:rsidRPr="005E1D14" w14:paraId="3F9E0B10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889140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2"/>
                <w:tag w:val="SAER_CHECKBOX_12"/>
                <w:id w:val="2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3905BD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Ethics committee / institutional approval has been obtained where required.</w:t>
            </w:r>
          </w:p>
        </w:tc>
      </w:tr>
      <w:tr w:rsidR="00907A46" w:rsidRPr="005E1D14" w14:paraId="47C3E3CD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1B31C4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3"/>
                <w:tag w:val="SAER_CHECKBOX_13"/>
                <w:id w:val="2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50F496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For studies involving human participants, the required informed consent procedures have been completed.</w:t>
            </w:r>
          </w:p>
        </w:tc>
      </w:tr>
      <w:tr w:rsidR="00907A46" w:rsidRPr="005E1D14" w14:paraId="7964A5B3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0709F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4"/>
                <w:tag w:val="SAER_CHECKBOX_14"/>
                <w:id w:val="2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16F292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Information that could reveal author identity has been removed from the anonymized full-text file.</w:t>
            </w:r>
          </w:p>
        </w:tc>
      </w:tr>
      <w:tr w:rsidR="00907A46" w:rsidRPr="005E1D14" w14:paraId="6BB18E18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35BBFD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Ethics Committee / Institution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79AB69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120AEB29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A51C5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Decision Date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3D058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6428FD8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EC3DF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Decision / Approval No...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11FDC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106DFBBA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951A4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Reason if Ethics Approval Is No..t Required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1EC4B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65EC51E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5CBCF2BA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6. CONFLICT OF INTEREST AND FUNDING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135"/>
      </w:tblGrid>
      <w:tr w:rsidR="00907A46" w:rsidRPr="005E1D14" w14:paraId="4B060CA0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B8B9D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Conflict of Interest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BD3E25" w14:textId="67748E56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5"/>
                <w:tag w:val="SAER_CHECKBOX_15"/>
                <w:id w:val="2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0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No.ne     </w:t>
            </w:r>
            <w:sdt>
              <w:sdtPr>
                <w:alias w:val="SAER_Checkbox_16"/>
                <w:tag w:val="SAER_CHECKBOX_16"/>
                <w:id w:val="2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Yes - Please explain: ........................................................................................</w:t>
            </w:r>
          </w:p>
        </w:tc>
      </w:tr>
      <w:tr w:rsidR="00907A46" w:rsidRPr="005E1D14" w14:paraId="751A7E3C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1F214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Funding / Support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4C81C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7"/>
                <w:tag w:val="SAER_CHECKBOX_17"/>
                <w:id w:val="2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No.ne     </w:t>
            </w:r>
            <w:sdt>
              <w:sdtPr>
                <w:alias w:val="SAER_Checkbox_18"/>
                <w:tag w:val="SAER_CHECKBOX_18"/>
                <w:id w:val="2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Yes - Institution / Project No..: ...............................................................................</w:t>
            </w:r>
          </w:p>
        </w:tc>
      </w:tr>
    </w:tbl>
    <w:p w14:paraId="1469BBAF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3751F407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7. DATA, ARTIFICIAL INTELLIGENCE AND OTHER DECLARATIONS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8"/>
      </w:tblGrid>
      <w:tr w:rsidR="00907A46" w:rsidRPr="005E1D14" w14:paraId="78CBF0BC" w14:textId="77777777" w:rsidTr="00AF633B">
        <w:trPr>
          <w:cantSplit/>
          <w:trHeight w:val="766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0B8702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Data Availability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47491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9"/>
                <w:tag w:val="SAER_CHECKBOX_19"/>
                <w:id w:val="2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Data are available from the corresponding author upon reasonable request.</w:t>
            </w:r>
            <w:sdt>
              <w:sdtPr>
                <w:alias w:val="SAER_Checkbox_20"/>
                <w:tag w:val="SAER_CHECKBOX_20"/>
                <w:id w:val="2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Data are publicly available in an open repository: __________</w:t>
            </w:r>
            <w:sdt>
              <w:sdtPr>
                <w:alias w:val="SAER_Checkbox_21"/>
                <w:tag w:val="SAER_CHECKBOX_21"/>
                <w:id w:val="2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Data are not publicly available due to privacy, ethical, or legal restrictions.</w:t>
            </w:r>
            <w:sdt>
              <w:sdtPr>
                <w:alias w:val="SAER_Checkbox_22"/>
                <w:tag w:val="SAER_CHECKBOX_22"/>
                <w:id w:val="2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A data availability statement is not applicable to this study.</w:t>
            </w:r>
            <w:sdt>
              <w:sdtPr>
                <w:alias w:val="SAER_Checkbox_23"/>
                <w:tag w:val="SAER_CHECKBOX_23"/>
                <w:id w:val="2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Other: ______________________________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</w:p>
        </w:tc>
      </w:tr>
      <w:tr w:rsidR="00907A46" w:rsidRPr="005E1D14" w14:paraId="1E5026D0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DF6664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Use of Generative Artificial Intelligence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67DB2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24"/>
                <w:tag w:val="SAER_CHECKBOX_24"/>
                <w:id w:val="2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No.t used     </w:t>
            </w:r>
            <w:sdt>
              <w:sdtPr>
                <w:alias w:val="SAER_Checkbox_25"/>
                <w:tag w:val="SAER_CHECKBOX_25"/>
                <w:id w:val="2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Used - Tool and purpose of use: ............................................................</w:t>
            </w:r>
          </w:p>
        </w:tc>
      </w:tr>
      <w:tr w:rsidR="00907A46" w:rsidRPr="005E1D14" w14:paraId="086DEE87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EDCEC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Acknowledgements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21B01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76061B3C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646809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Additional Information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F82DE9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34FB399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03A9D684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8. AUTHOR CONFIRMATION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852"/>
      </w:tblGrid>
      <w:tr w:rsidR="00907A46" w:rsidRPr="005E1D14" w14:paraId="28F8799C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9748F1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Corresponding Author Full Name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D607DD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39FD0179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5E24B8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Date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B398E3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26F682C2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2E63F6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Signature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BDA88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A0305CC" w14:textId="77777777" w:rsid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</w:p>
    <w:p w14:paraId="41023B3A" w14:textId="77777777" w:rsidR="00907A46" w:rsidRPr="005E1D14" w:rsidRDefault="005E1D14" w:rsidP="005E1D14">
      <w:pPr>
        <w:spacing w:before="60" w:after="140"/>
        <w:jc w:val="both"/>
        <w:rPr>
          <w:rFonts w:ascii="Times New Roman" w:hAnsi="Times New Roman" w:cs="Times New Roman"/>
        </w:rPr>
      </w:pPr>
      <w:r>
        <w:rPr>
          <w:rFonts w:cs="Times New Roman"/>
          <w:i/>
          <w:color w:val="5F5F5F"/>
          <w:sz w:val="15"/>
        </w:rPr>
        <w:t>*This title page must be uploaded separately from the anonymized full-text manuscript. The journal completes the final formatting of accepted manuscripts prior to publication.</w:t>
      </w:r>
    </w:p>
    <w:sectPr w:rsidR="00907A46" w:rsidRPr="005E1D14" w:rsidSect="00034616">
      <w:headerReference w:type="default" r:id="rId13"/>
      <w:footerReference w:type="default" r:id="rId14"/>
      <w:pgSz w:w="11906" w:h="16838"/>
      <w:pgMar w:top="749" w:right="893" w:bottom="691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0EF6" w14:textId="77777777" w:rsidR="00EA59E9" w:rsidRDefault="00EA59E9">
      <w:pPr>
        <w:spacing w:line="240" w:lineRule="auto"/>
      </w:pPr>
      <w:r>
        <w:separator/>
      </w:r>
    </w:p>
  </w:endnote>
  <w:endnote w:type="continuationSeparator" w:id="0">
    <w:p w14:paraId="1099F46E" w14:textId="77777777" w:rsidR="00EA59E9" w:rsidRDefault="00EA5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8E550" w14:textId="77777777" w:rsidR="00254E62" w:rsidRDefault="00254E62"/>
  <w:tbl>
    <w:tblPr>
      <w:tblW w:w="0" w:type="auto"/>
      <w:tblBorders>
        <w:top w:val="single" w:sz="4" w:space="0" w:color="D8D2CA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978"/>
      <w:gridCol w:w="3284"/>
    </w:tblGrid>
    <w:tr w:rsidR="00254E62" w14:paraId="117AB0B8" w14:textId="77777777">
      <w:tc>
        <w:tcPr>
          <w:tcW w:w="697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B0217F1" w14:textId="77777777" w:rsidR="00254E62" w:rsidRDefault="00000000">
          <w:pPr>
            <w:spacing w:before="100"/>
          </w:pPr>
          <w:r>
            <w:rPr>
              <w:color w:val="646464"/>
              <w:sz w:val="15"/>
            </w:rPr>
            <w:t>SAER Journal · saerjournal.org · info@saerjournal.org</w:t>
          </w:r>
        </w:p>
      </w:tc>
      <w:tc>
        <w:tcPr>
          <w:tcW w:w="328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A5D1EFD" w14:textId="77777777" w:rsidR="00254E62" w:rsidRDefault="00000000">
          <w:pPr>
            <w:spacing w:before="100"/>
            <w:jc w:val="right"/>
          </w:pPr>
          <w:r>
            <w:rPr>
              <w:color w:val="646464"/>
              <w:sz w:val="15"/>
            </w:rPr>
            <w:t xml:space="preserve">SAER-FRM-001 · </w:t>
          </w:r>
          <w:r w:rsidR="00AF633B">
            <w:rPr>
              <w:color w:val="646464"/>
              <w:sz w:val="15"/>
            </w:rPr>
            <w:t>10</w:t>
          </w:r>
          <w:r>
            <w:rPr>
              <w:color w:val="646464"/>
              <w:sz w:val="15"/>
            </w:rPr>
            <w:t>.09.2026 · Rev. 01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12DC" w14:textId="77777777" w:rsidR="00EA59E9" w:rsidRDefault="00EA59E9">
      <w:pPr>
        <w:spacing w:line="240" w:lineRule="auto"/>
      </w:pPr>
      <w:r>
        <w:separator/>
      </w:r>
    </w:p>
  </w:footnote>
  <w:footnote w:type="continuationSeparator" w:id="0">
    <w:p w14:paraId="0C9177C7" w14:textId="77777777" w:rsidR="00EA59E9" w:rsidRDefault="00EA5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F45E" w14:textId="77777777" w:rsidR="004D66A6" w:rsidRDefault="004D66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840788">
    <w:abstractNumId w:val="8"/>
  </w:num>
  <w:num w:numId="2" w16cid:durableId="1661501150">
    <w:abstractNumId w:val="6"/>
  </w:num>
  <w:num w:numId="3" w16cid:durableId="1389573345">
    <w:abstractNumId w:val="5"/>
  </w:num>
  <w:num w:numId="4" w16cid:durableId="14158277">
    <w:abstractNumId w:val="4"/>
  </w:num>
  <w:num w:numId="5" w16cid:durableId="2118677092">
    <w:abstractNumId w:val="7"/>
  </w:num>
  <w:num w:numId="6" w16cid:durableId="1881819585">
    <w:abstractNumId w:val="3"/>
  </w:num>
  <w:num w:numId="7" w16cid:durableId="695928268">
    <w:abstractNumId w:val="2"/>
  </w:num>
  <w:num w:numId="8" w16cid:durableId="159152230">
    <w:abstractNumId w:val="1"/>
  </w:num>
  <w:num w:numId="9" w16cid:durableId="158696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E7D"/>
    <w:rsid w:val="001454C4"/>
    <w:rsid w:val="0015074B"/>
    <w:rsid w:val="001B7DF0"/>
    <w:rsid w:val="00254E62"/>
    <w:rsid w:val="0029639D"/>
    <w:rsid w:val="00326F90"/>
    <w:rsid w:val="003A58DA"/>
    <w:rsid w:val="004D66A6"/>
    <w:rsid w:val="0050432A"/>
    <w:rsid w:val="005266CB"/>
    <w:rsid w:val="005E1D14"/>
    <w:rsid w:val="00763369"/>
    <w:rsid w:val="0083330F"/>
    <w:rsid w:val="00907A46"/>
    <w:rsid w:val="00AA1D8D"/>
    <w:rsid w:val="00AF633B"/>
    <w:rsid w:val="00B035E1"/>
    <w:rsid w:val="00B47730"/>
    <w:rsid w:val="00C207FD"/>
    <w:rsid w:val="00CB0664"/>
    <w:rsid w:val="00DA75C0"/>
    <w:rsid w:val="00DF606E"/>
    <w:rsid w:val="00EA59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36A5B"/>
  <w14:defaultImageDpi w14:val="300"/>
  <w15:docId w15:val="{AD773C19-5986-4879-8310-432EC0F8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5E1D1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E1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edit.niso.org/contributor-roles-defined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redit.niso.org/contributor-roles-define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rcid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558</Words>
  <Characters>3182</Characters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SAER Journal - Başlık Sayfası / Title Page Form</dc:title>
  <dc:subject>SAER-FRM-001</dc:subject>
  <cp:keywords/>
  <dcterms:created xsi:type="dcterms:W3CDTF">2026-09-24T10:47:00Z</dcterms:created>
  <dcterms:modified xsi:type="dcterms:W3CDTF">2026-09-24T12:48:00Z</dcterms:modified>
  <cp:category/>
</cp:coreProperties>
</file>