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8561"/>
      </w:tblGrid>
      <w:tr w:rsidR="00907A46" w:rsidRPr="005E1D14" w14:paraId="607DA118" w14:textId="77777777" w:rsidTr="00AF633B">
        <w:trPr>
          <w:cantSplit/>
          <w:trHeight w:val="1316"/>
          <w:jc w:val="center"/>
        </w:trPr>
        <w:tc>
          <w:tcPr>
            <w:tcW w:w="1701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AE27B8" w14:textId="77777777" w:rsidR="00907A46" w:rsidRPr="005E1D14" w:rsidRDefault="00000000" w:rsidP="005E1D14">
            <w:pPr>
              <w:rPr>
                <w:rFonts w:ascii="Times New Roman" w:hAnsi="Times New Roman" w:cs="Times New Roman"/>
              </w:rPr>
            </w:pPr>
            <w:r w:rsidRPr="005E1D1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01D529D" wp14:editId="6FF72C25">
                  <wp:extent cx="972000" cy="90961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avicon_tr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09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1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366DCD" w14:textId="77777777" w:rsidR="00907A46" w:rsidRPr="005E1D14" w:rsidRDefault="00907A46">
            <w:pPr>
              <w:spacing w:after="20"/>
              <w:rPr>
                <w:rFonts w:ascii="Times New Roman" w:hAnsi="Times New Roman" w:cs="Times New Roman"/>
              </w:rPr>
            </w:pPr>
          </w:p>
          <w:p w14:paraId="6F1F0E89" w14:textId="77777777" w:rsidR="00907A46" w:rsidRPr="005E1D14" w:rsidRDefault="00000000" w:rsidP="005E1D14">
            <w:pPr>
              <w:spacing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E1D14">
              <w:rPr>
                <w:rFonts w:ascii="Times New Roman" w:hAnsi="Times New Roman" w:cs="Times New Roman"/>
                <w:b/>
                <w:color w:val="232323"/>
                <w:sz w:val="32"/>
                <w:szCs w:val="28"/>
              </w:rPr>
              <w:t>SAER JOURNAL</w:t>
            </w:r>
          </w:p>
          <w:p w14:paraId="157D9F66" w14:textId="77777777" w:rsidR="00907A46" w:rsidRPr="005E1D14" w:rsidRDefault="00000000" w:rsidP="005E1D14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5E1D14">
              <w:rPr>
                <w:rFonts w:ascii="Times New Roman" w:hAnsi="Times New Roman" w:cs="Times New Roman"/>
                <w:b/>
                <w:color w:val="232323"/>
                <w:sz w:val="23"/>
                <w:szCs w:val="20"/>
              </w:rPr>
              <w:t>SCHOLARLY ACADEMIC EVIDENCE RESEARCH</w:t>
            </w:r>
          </w:p>
          <w:p w14:paraId="0F58C8D3" w14:textId="77777777" w:rsidR="00907A46" w:rsidRPr="005E1D14" w:rsidRDefault="00000000" w:rsidP="005E1D14">
            <w:pPr>
              <w:spacing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5E1D14">
              <w:rPr>
                <w:rFonts w:ascii="Times New Roman" w:hAnsi="Times New Roman" w:cs="Times New Roman"/>
                <w:color w:val="232323"/>
                <w:szCs w:val="16"/>
              </w:rPr>
              <w:t>نموذج صفحة العنوان</w:t>
            </w:r>
          </w:p>
          <w:p w14:paraId="5C1D060A" w14:textId="77777777" w:rsidR="00907A46" w:rsidRPr="005E1D14" w:rsidRDefault="00907A46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E9A1266" w14:textId="77777777" w:rsidR="00907A46" w:rsidRPr="005E1D14" w:rsidRDefault="00907A46">
      <w:pPr>
        <w:spacing w:after="20"/>
        <w:rPr>
          <w:rFonts w:ascii="Times New Roman" w:hAnsi="Times New Roman" w:cs="Times New Roman"/>
        </w:rPr>
      </w:pPr>
    </w:p>
    <w:p w14:paraId="07C0B67D" w14:textId="77777777" w:rsidR="00907A46" w:rsidRPr="005E1D14" w:rsidRDefault="005E1D14">
      <w:pPr>
        <w:spacing w:after="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1F2325"/>
          <w:sz w:val="20"/>
        </w:rPr>
        <w:t>1. معلومات المقالة</w:t>
      </w:r>
    </w:p>
    <w:tbl>
      <w:tblPr>
        <w:tblW w:w="0" w:type="auto"/>
        <w:jc w:val="center"/>
        <w:tblBorders>
          <w:top w:val="single" w:sz="5" w:space="0" w:color="8E8E8E"/>
          <w:left w:val="single" w:sz="5" w:space="0" w:color="8E8E8E"/>
          <w:bottom w:val="single" w:sz="5" w:space="0" w:color="8E8E8E"/>
          <w:right w:val="single" w:sz="5" w:space="0" w:color="8E8E8E"/>
          <w:insideH w:val="single" w:sz="5" w:space="0" w:color="8E8E8E"/>
          <w:insideV w:val="single" w:sz="5" w:space="0" w:color="8E8E8E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8561"/>
      </w:tblGrid>
      <w:tr w:rsidR="00907A46" w:rsidRPr="005E1D14" w14:paraId="66EA9E06" w14:textId="77777777" w:rsidTr="00AF633B">
        <w:trPr>
          <w:cantSplit/>
          <w:trHeight w:val="13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7258E50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عنوان المقالة باللغة التركية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6D14FAE" w14:textId="77777777" w:rsidR="00907A46" w:rsidRPr="005E1D14" w:rsidRDefault="00907A46" w:rsidP="005E1D1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53770E61" w14:textId="77777777" w:rsidTr="00AF633B">
        <w:trPr>
          <w:cantSplit/>
          <w:trHeight w:val="75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1BD47E3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عنوان المقالة باللغة الإنجليزية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57BA508" w14:textId="77777777" w:rsidR="00907A46" w:rsidRPr="005E1D14" w:rsidRDefault="00907A46" w:rsidP="005E1D1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6257F558" w14:textId="77777777" w:rsidTr="005E1D14">
        <w:trPr>
          <w:cantSplit/>
          <w:trHeight w:val="408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96F7D5A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نوع المقالة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5289E90" w14:textId="2AB2E9C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01"/>
                <w:tag w:val="SAER_CHECKBOX_01"/>
                <w:id w:val="200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78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  <w:rtl/>
              </w:rPr>
              <w:t xml:space="preserve"> مقالة بحثية    </w:t>
            </w:r>
            <w:sdt>
              <w:sdtPr>
                <w:alias w:val="SAER_Checkbox_02"/>
                <w:tag w:val="SAER_CHECKBOX_02"/>
                <w:id w:val="200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78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  <w:rtl/>
              </w:rPr>
              <w:t xml:space="preserve"> مراجعة    </w:t>
            </w:r>
            <w:sdt>
              <w:sdtPr>
                <w:alias w:val="SAER_Checkbox_03"/>
                <w:tag w:val="SAER_CHECKBOX_03"/>
                <w:id w:val="200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  <w:rtl/>
              </w:rPr>
              <w:t xml:space="preserve"> مراجعة منهجية    </w:t>
            </w:r>
            <w:sdt>
              <w:sdtPr>
                <w:alias w:val="SAER_Checkbox_04"/>
                <w:tag w:val="SAER_CHECKBOX_04"/>
                <w:id w:val="20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  <w:rtl/>
              </w:rPr>
              <w:t xml:space="preserve"> نظري/مفاهيمي    </w:t>
            </w:r>
            <w:sdt>
              <w:sdtPr>
                <w:alias w:val="SAER_Checkbox_05"/>
                <w:tag w:val="SAER_CHECKBOX_05"/>
                <w:id w:val="20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  <w:rtl/>
              </w:rPr>
              <w:t xml:space="preserve"> أخرى</w:t>
            </w:r>
          </w:p>
        </w:tc>
      </w:tr>
      <w:tr w:rsidR="00907A46" w:rsidRPr="005E1D14" w14:paraId="44D6A230" w14:textId="77777777" w:rsidTr="005E1D14">
        <w:trPr>
          <w:cantSplit/>
          <w:trHeight w:val="408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36C148C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الكلمات المفتاحية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45D280F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التركية:  ..................................................................................................................الإنجليزية:  ..................................................................................................................</w:t>
            </w:r>
            <w:r w:rsidRPr="005E1D14">
              <w:rPr>
                <w:rFonts w:cs="Times New Roman"/>
                <w:color w:val="262626"/>
                <w:sz w:val="17"/>
              </w:rPr>
              <w:br/>
            </w:r>
          </w:p>
        </w:tc>
      </w:tr>
    </w:tbl>
    <w:p w14:paraId="7918E400" w14:textId="77777777" w:rsidR="00907A46" w:rsidRPr="005E1D14" w:rsidRDefault="00000000">
      <w:pPr>
        <w:spacing w:before="60" w:after="140"/>
        <w:rPr>
          <w:rFonts w:ascii="Times New Roman" w:hAnsi="Times New Roman" w:cs="Times New Roman"/>
        </w:rPr>
      </w:pPr>
      <w:r w:rsidRPr="005E1D14">
        <w:rPr>
          <w:rFonts w:ascii="Times New Roman" w:hAnsi="Times New Roman" w:cs="Times New Roman"/>
          <w:i/>
          <w:color w:val="5A5A5A"/>
          <w:sz w:val="16"/>
        </w:rPr>
        <w:t>يجب أن تتطابق العناوين مع المعلومات المُدخلة في نظام التقديم. يُرجى تقديم 3-6 كلمات مفتاحية متى أمكن.</w:t>
      </w:r>
    </w:p>
    <w:p w14:paraId="4AEFC8AA" w14:textId="77777777" w:rsidR="00907A46" w:rsidRPr="005E1D14" w:rsidRDefault="005E1D14">
      <w:pPr>
        <w:spacing w:before="120" w:after="60"/>
        <w:rPr>
          <w:rFonts w:ascii="Times New Roman" w:hAnsi="Times New Roman" w:cs="Times New Roman"/>
          <w:b/>
          <w:bCs/>
        </w:rPr>
      </w:pPr>
      <w:r w:rsidRPr="005E1D14">
        <w:rPr>
          <w:rFonts w:ascii="Georgia" w:hAnsi="Georgia" w:cs="Times New Roman"/>
          <w:b/>
          <w:bCs/>
          <w:color w:val="1C1C1C"/>
          <w:sz w:val="21"/>
        </w:rPr>
        <w:t xml:space="preserve">2. المؤلف المسؤول عن المراسلات </w:t>
      </w:r>
    </w:p>
    <w:tbl>
      <w:tblPr>
        <w:tblW w:w="0" w:type="auto"/>
        <w:jc w:val="center"/>
        <w:tblBorders>
          <w:top w:val="single" w:sz="5" w:space="0" w:color="8E8E8E"/>
          <w:left w:val="single" w:sz="5" w:space="0" w:color="8E8E8E"/>
          <w:bottom w:val="single" w:sz="5" w:space="0" w:color="8E8E8E"/>
          <w:right w:val="single" w:sz="5" w:space="0" w:color="8E8E8E"/>
          <w:insideH w:val="single" w:sz="5" w:space="0" w:color="8E8E8E"/>
          <w:insideV w:val="single" w:sz="5" w:space="0" w:color="8E8E8E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8561"/>
      </w:tblGrid>
      <w:tr w:rsidR="00907A46" w:rsidRPr="005E1D14" w14:paraId="73DF2B47" w14:textId="77777777" w:rsidTr="005E1D14">
        <w:trPr>
          <w:cantSplit/>
          <w:trHeight w:val="105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BF1F48D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الاسم الكامل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C3FBA69" w14:textId="77777777" w:rsidR="00907A46" w:rsidRPr="005E1D14" w:rsidRDefault="00907A46" w:rsidP="005E1D1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469D6C2F" w14:textId="77777777" w:rsidTr="005E1D14">
        <w:trPr>
          <w:cantSplit/>
          <w:trHeight w:val="84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38C3A87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اللقب الأكاديمي (إن وجد)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5AE3112" w14:textId="77777777" w:rsidR="00907A46" w:rsidRPr="005E1D14" w:rsidRDefault="00907A46" w:rsidP="005E1D1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17D96564" w14:textId="77777777" w:rsidTr="005E1D14">
        <w:trPr>
          <w:cantSplit/>
          <w:trHeight w:val="18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04C2F74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المؤسسة / القسم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5C52998" w14:textId="77777777" w:rsidR="00907A46" w:rsidRPr="005E1D14" w:rsidRDefault="00907A46" w:rsidP="005E1D1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528CF97C" w14:textId="77777777" w:rsidTr="005E1D14">
        <w:trPr>
          <w:cantSplit/>
          <w:trHeight w:val="18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A137783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البريد الإلكتروني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7DC8953" w14:textId="77777777" w:rsidR="00907A46" w:rsidRPr="005E1D14" w:rsidRDefault="00907A46" w:rsidP="005E1D1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37710C5E" w14:textId="77777777" w:rsidTr="005E1D14">
        <w:trPr>
          <w:cantSplit/>
          <w:trHeight w:val="18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54BFD11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ORCID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F3821AF" w14:textId="61E89852" w:rsidR="00254E62" w:rsidRDefault="00000000">
            <w:r>
              <w:rPr>
                <w:color w:val="333333"/>
                <w:sz w:val="17"/>
              </w:rPr>
              <w:t xml:space="preserve">0000-0000-0000-0000  </w:t>
            </w:r>
            <w:hyperlink r:id="rId9" w:history="1">
              <w:r w:rsidRPr="00101E22">
                <w:rPr>
                  <w:rStyle w:val="Kpr"/>
                  <w:sz w:val="17"/>
                </w:rPr>
                <w:t xml:space="preserve"> تسجيل / التحقق من ORCID</w:t>
              </w:r>
            </w:hyperlink>
            <w:hyperlink r:id="rId10"/>
          </w:p>
        </w:tc>
      </w:tr>
    </w:tbl>
    <w:p w14:paraId="06F44B2B" w14:textId="77777777" w:rsidR="00907A46" w:rsidRPr="005E1D14" w:rsidRDefault="00907A46">
      <w:pPr>
        <w:spacing w:after="20"/>
        <w:rPr>
          <w:rFonts w:ascii="Times New Roman" w:hAnsi="Times New Roman" w:cs="Times New Roman"/>
        </w:rPr>
      </w:pPr>
    </w:p>
    <w:p w14:paraId="64F45C01" w14:textId="77777777" w:rsidR="00907A46" w:rsidRPr="005E1D14" w:rsidRDefault="005E1D14">
      <w:pPr>
        <w:spacing w:before="120" w:after="60"/>
        <w:rPr>
          <w:rFonts w:ascii="Times New Roman" w:hAnsi="Times New Roman" w:cs="Times New Roman"/>
          <w:b/>
          <w:bCs/>
        </w:rPr>
      </w:pPr>
      <w:r w:rsidRPr="005E1D14">
        <w:rPr>
          <w:rFonts w:ascii="Georgia" w:hAnsi="Georgia" w:cs="Times New Roman"/>
          <w:b/>
          <w:bCs/>
          <w:color w:val="1C1C1C"/>
          <w:sz w:val="21"/>
        </w:rPr>
        <w:t>3. المؤلفون</w:t>
      </w:r>
    </w:p>
    <w:tbl>
      <w:tblPr>
        <w:tblW w:w="0" w:type="auto"/>
        <w:jc w:val="center"/>
        <w:tblBorders>
          <w:top w:val="single" w:sz="5" w:space="0" w:color="8E8E8E"/>
          <w:left w:val="single" w:sz="5" w:space="0" w:color="8E8E8E"/>
          <w:bottom w:val="single" w:sz="5" w:space="0" w:color="8E8E8E"/>
          <w:right w:val="single" w:sz="5" w:space="0" w:color="8E8E8E"/>
          <w:insideH w:val="single" w:sz="5" w:space="0" w:color="8E8E8E"/>
          <w:insideV w:val="single" w:sz="5" w:space="0" w:color="8E8E8E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01"/>
        <w:gridCol w:w="2126"/>
        <w:gridCol w:w="1984"/>
        <w:gridCol w:w="2314"/>
        <w:gridCol w:w="1710"/>
      </w:tblGrid>
      <w:tr w:rsidR="00907A46" w:rsidRPr="005E1D14" w14:paraId="6FC8E680" w14:textId="77777777" w:rsidTr="005E1D14">
        <w:trPr>
          <w:cantSplit/>
          <w:jc w:val="center"/>
        </w:trPr>
        <w:tc>
          <w:tcPr>
            <w:tcW w:w="425" w:type="dxa"/>
            <w:shd w:val="clear" w:color="auto" w:fill="ECECE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D7A72B9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6"/>
              </w:rPr>
              <w:t>الرقم</w:t>
            </w:r>
          </w:p>
        </w:tc>
        <w:tc>
          <w:tcPr>
            <w:tcW w:w="1701" w:type="dxa"/>
            <w:shd w:val="clear" w:color="auto" w:fill="ECECE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D8FED50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6"/>
              </w:rPr>
              <w:t>الاسم الكامل</w:t>
            </w:r>
          </w:p>
        </w:tc>
        <w:tc>
          <w:tcPr>
            <w:tcW w:w="2126" w:type="dxa"/>
            <w:shd w:val="clear" w:color="auto" w:fill="ECECE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58FE232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6"/>
              </w:rPr>
              <w:t>المؤسسة / القسم</w:t>
            </w:r>
          </w:p>
        </w:tc>
        <w:tc>
          <w:tcPr>
            <w:tcW w:w="1984" w:type="dxa"/>
            <w:shd w:val="clear" w:color="auto" w:fill="ECECE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BE53A41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6"/>
              </w:rPr>
              <w:t>البريد الإلكتروني</w:t>
            </w:r>
          </w:p>
        </w:tc>
        <w:tc>
          <w:tcPr>
            <w:tcW w:w="2314" w:type="dxa"/>
            <w:shd w:val="clear" w:color="auto" w:fill="ECECE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3F8C241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6"/>
              </w:rPr>
              <w:t>ORCID</w:t>
            </w:r>
          </w:p>
        </w:tc>
        <w:tc>
          <w:tcPr>
            <w:tcW w:w="1710" w:type="dxa"/>
            <w:shd w:val="clear" w:color="auto" w:fill="ECECE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9410E28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6"/>
              </w:rPr>
              <w:t>المؤلف المسؤول</w:t>
            </w:r>
          </w:p>
        </w:tc>
      </w:tr>
      <w:tr w:rsidR="00907A46" w:rsidRPr="005E1D14" w14:paraId="6C73622D" w14:textId="77777777" w:rsidTr="005E1D14">
        <w:trPr>
          <w:cantSplit/>
          <w:jc w:val="center"/>
        </w:trPr>
        <w:tc>
          <w:tcPr>
            <w:tcW w:w="42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93FB1C4" w14:textId="77777777" w:rsidR="00907A46" w:rsidRPr="005E1D14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1</w:t>
            </w:r>
          </w:p>
        </w:tc>
        <w:tc>
          <w:tcPr>
            <w:tcW w:w="170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B936A04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157160A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4F53767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E5B45FB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E9886AC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06"/>
                <w:tag w:val="SAER_CHECKBOX_06"/>
                <w:id w:val="20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07A46" w:rsidRPr="005E1D14" w14:paraId="44B17ABE" w14:textId="77777777" w:rsidTr="005E1D14">
        <w:trPr>
          <w:cantSplit/>
          <w:jc w:val="center"/>
        </w:trPr>
        <w:tc>
          <w:tcPr>
            <w:tcW w:w="42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18A558E" w14:textId="77777777" w:rsidR="00907A46" w:rsidRPr="005E1D14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2</w:t>
            </w:r>
          </w:p>
        </w:tc>
        <w:tc>
          <w:tcPr>
            <w:tcW w:w="170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300F024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60980D3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5A00023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631FE41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6F3DEA7" w14:textId="52E55B8F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07"/>
                <w:tag w:val="SAER_CHECKBOX_07"/>
                <w:id w:val="20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78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07A46" w:rsidRPr="005E1D14" w14:paraId="4F654724" w14:textId="77777777" w:rsidTr="005E1D14">
        <w:trPr>
          <w:cantSplit/>
          <w:jc w:val="center"/>
        </w:trPr>
        <w:tc>
          <w:tcPr>
            <w:tcW w:w="42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7BEAF33" w14:textId="77777777" w:rsidR="00907A46" w:rsidRPr="005E1D14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3</w:t>
            </w:r>
          </w:p>
        </w:tc>
        <w:tc>
          <w:tcPr>
            <w:tcW w:w="170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954321D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E133C4E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2FD57E6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C21EB0B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C42F2B2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08"/>
                <w:tag w:val="SAER_CHECKBOX_08"/>
                <w:id w:val="20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07A46" w:rsidRPr="005E1D14" w14:paraId="414E30CE" w14:textId="77777777" w:rsidTr="005E1D14">
        <w:trPr>
          <w:cantSplit/>
          <w:jc w:val="center"/>
        </w:trPr>
        <w:tc>
          <w:tcPr>
            <w:tcW w:w="42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B671DEB" w14:textId="77777777" w:rsidR="00907A46" w:rsidRPr="005E1D14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4</w:t>
            </w:r>
          </w:p>
        </w:tc>
        <w:tc>
          <w:tcPr>
            <w:tcW w:w="170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DF3CB83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CD34644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03B8B33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757FDF7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5B6CFC9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09"/>
                <w:tag w:val="SAER_CHECKBOX_09"/>
                <w:id w:val="200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6FB3200E" w14:textId="77777777" w:rsidR="00907A46" w:rsidRPr="005E1D14" w:rsidRDefault="005E1D14">
      <w:pPr>
        <w:spacing w:before="60" w:after="140"/>
        <w:rPr>
          <w:rFonts w:ascii="Times New Roman" w:hAnsi="Times New Roman" w:cs="Times New Roman"/>
          <w:i/>
          <w:color w:val="5A5A5A"/>
          <w:sz w:val="16"/>
        </w:rPr>
      </w:pPr>
      <w:r w:rsidRPr="005E1D14">
        <w:rPr>
          <w:rFonts w:cs="Times New Roman"/>
          <w:i/>
          <w:color w:val="5F5F5F"/>
          <w:sz w:val="15"/>
        </w:rPr>
        <w:t>*يمكن إضافة صفوف إلى الجدول للمقالات التي تضم أكثر من أربعة مؤلفين. يجب أن يتطابق ترتيب المؤلفين مع الترتيب في نظام التقديم.</w:t>
      </w:r>
    </w:p>
    <w:p w14:paraId="45E1B564" w14:textId="77777777" w:rsidR="00907A46" w:rsidRPr="005E1D14" w:rsidRDefault="005E1D14">
      <w:pPr>
        <w:spacing w:before="120" w:after="60"/>
        <w:rPr>
          <w:rFonts w:ascii="Times New Roman" w:hAnsi="Times New Roman" w:cs="Times New Roman"/>
          <w:b/>
          <w:bCs/>
        </w:rPr>
      </w:pPr>
      <w:r w:rsidRPr="005E1D14">
        <w:rPr>
          <w:rFonts w:ascii="Georgia" w:hAnsi="Georgia" w:cs="Times New Roman"/>
          <w:b/>
          <w:bCs/>
          <w:color w:val="1C1C1C"/>
          <w:sz w:val="21"/>
        </w:rPr>
        <w:t>4. بيان التأليف والمساهمات</w:t>
      </w:r>
    </w:p>
    <w:tbl>
      <w:tblPr>
        <w:tblW w:w="10348" w:type="dxa"/>
        <w:jc w:val="center"/>
        <w:tblBorders>
          <w:top w:val="single" w:sz="5" w:space="0" w:color="8E8E8E"/>
          <w:left w:val="single" w:sz="5" w:space="0" w:color="8E8E8E"/>
          <w:bottom w:val="single" w:sz="5" w:space="0" w:color="8E8E8E"/>
          <w:right w:val="single" w:sz="5" w:space="0" w:color="8E8E8E"/>
          <w:insideH w:val="single" w:sz="5" w:space="0" w:color="8E8E8E"/>
          <w:insideV w:val="single" w:sz="5" w:space="0" w:color="8E8E8E"/>
        </w:tblBorders>
        <w:tblLayout w:type="fixed"/>
        <w:tblLook w:val="04A0" w:firstRow="1" w:lastRow="0" w:firstColumn="1" w:lastColumn="0" w:noHBand="0" w:noVBand="1"/>
      </w:tblPr>
      <w:tblGrid>
        <w:gridCol w:w="2273"/>
        <w:gridCol w:w="6387"/>
        <w:gridCol w:w="1688"/>
      </w:tblGrid>
      <w:tr w:rsidR="00254E62" w14:paraId="680FAADE" w14:textId="77777777" w:rsidTr="00AF633B">
        <w:trPr>
          <w:jc w:val="center"/>
        </w:trPr>
        <w:tc>
          <w:tcPr>
            <w:tcW w:w="2273" w:type="dxa"/>
            <w:shd w:val="clear" w:color="auto" w:fill="ECEC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F8A45A" w14:textId="77777777" w:rsidR="00254E62" w:rsidRDefault="00000000">
            <w:r>
              <w:rPr>
                <w:b/>
                <w:color w:val="232323"/>
                <w:sz w:val="16"/>
              </w:rPr>
              <w:t>المؤلف</w:t>
            </w:r>
          </w:p>
        </w:tc>
        <w:tc>
          <w:tcPr>
            <w:tcW w:w="6387" w:type="dxa"/>
            <w:shd w:val="clear" w:color="auto" w:fill="ECEC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C60789" w14:textId="77777777" w:rsidR="00254E62" w:rsidRDefault="00000000">
            <w:r>
              <w:rPr>
                <w:b/>
                <w:color w:val="232323"/>
                <w:sz w:val="16"/>
              </w:rPr>
              <w:t>أدوار المساهمة وفق CRediT</w:t>
            </w:r>
          </w:p>
        </w:tc>
        <w:tc>
          <w:tcPr>
            <w:tcW w:w="1688" w:type="dxa"/>
            <w:shd w:val="clear" w:color="auto" w:fill="ECEC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1BC98A" w14:textId="77777777" w:rsidR="00254E62" w:rsidRDefault="00000000">
            <w:r>
              <w:rPr>
                <w:b/>
                <w:color w:val="232323"/>
                <w:sz w:val="16"/>
              </w:rPr>
              <w:t>نسبة المساهمة (%)</w:t>
            </w:r>
          </w:p>
        </w:tc>
      </w:tr>
      <w:tr w:rsidR="00254E62" w14:paraId="25A6E1B2" w14:textId="77777777" w:rsidTr="00AF633B">
        <w:trPr>
          <w:jc w:val="center"/>
        </w:trPr>
        <w:tc>
          <w:tcPr>
            <w:tcW w:w="2273" w:type="dxa"/>
            <w:shd w:val="clear" w:color="auto" w:fill="F7F7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1AEAAE" w14:textId="77777777" w:rsidR="00254E62" w:rsidRDefault="00000000">
            <w:r>
              <w:rPr>
                <w:b/>
                <w:color w:val="232323"/>
                <w:sz w:val="16"/>
              </w:rPr>
              <w:t>المؤلف 1</w:t>
            </w:r>
          </w:p>
        </w:tc>
        <w:tc>
          <w:tcPr>
            <w:tcW w:w="638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A9DB7E" w14:textId="77777777" w:rsidR="00254E62" w:rsidRDefault="00254E62"/>
        </w:tc>
        <w:tc>
          <w:tcPr>
            <w:tcW w:w="16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565926" w14:textId="77777777" w:rsidR="00254E62" w:rsidRDefault="00254E62"/>
        </w:tc>
      </w:tr>
      <w:tr w:rsidR="00254E62" w14:paraId="3DDFDFB9" w14:textId="77777777" w:rsidTr="00AF633B">
        <w:trPr>
          <w:jc w:val="center"/>
        </w:trPr>
        <w:tc>
          <w:tcPr>
            <w:tcW w:w="2273" w:type="dxa"/>
            <w:shd w:val="clear" w:color="auto" w:fill="F7F7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2D29CE" w14:textId="77777777" w:rsidR="00254E62" w:rsidRDefault="00000000">
            <w:r>
              <w:rPr>
                <w:b/>
                <w:color w:val="232323"/>
                <w:sz w:val="16"/>
              </w:rPr>
              <w:t>المؤلف 2</w:t>
            </w:r>
          </w:p>
        </w:tc>
        <w:tc>
          <w:tcPr>
            <w:tcW w:w="638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A989E4" w14:textId="77777777" w:rsidR="00254E62" w:rsidRDefault="00254E62"/>
        </w:tc>
        <w:tc>
          <w:tcPr>
            <w:tcW w:w="16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1BE9AA" w14:textId="77777777" w:rsidR="00254E62" w:rsidRDefault="00254E62"/>
        </w:tc>
      </w:tr>
      <w:tr w:rsidR="00254E62" w14:paraId="603C841A" w14:textId="77777777" w:rsidTr="00AF633B">
        <w:trPr>
          <w:jc w:val="center"/>
        </w:trPr>
        <w:tc>
          <w:tcPr>
            <w:tcW w:w="2273" w:type="dxa"/>
            <w:shd w:val="clear" w:color="auto" w:fill="F7F7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968230" w14:textId="77777777" w:rsidR="00254E62" w:rsidRDefault="00000000">
            <w:r>
              <w:rPr>
                <w:b/>
                <w:color w:val="232323"/>
                <w:sz w:val="16"/>
              </w:rPr>
              <w:t>المؤلف 3</w:t>
            </w:r>
          </w:p>
        </w:tc>
        <w:tc>
          <w:tcPr>
            <w:tcW w:w="638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0D5E4E" w14:textId="77777777" w:rsidR="00254E62" w:rsidRDefault="00254E62"/>
        </w:tc>
        <w:tc>
          <w:tcPr>
            <w:tcW w:w="16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E79B45" w14:textId="77777777" w:rsidR="00254E62" w:rsidRDefault="00254E62"/>
        </w:tc>
      </w:tr>
      <w:tr w:rsidR="00254E62" w14:paraId="2D5E2FC5" w14:textId="77777777" w:rsidTr="00AF633B">
        <w:trPr>
          <w:jc w:val="center"/>
        </w:trPr>
        <w:tc>
          <w:tcPr>
            <w:tcW w:w="2273" w:type="dxa"/>
            <w:shd w:val="clear" w:color="auto" w:fill="F7F7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A4B1B7" w14:textId="77777777" w:rsidR="00254E62" w:rsidRDefault="00000000">
            <w:r>
              <w:rPr>
                <w:b/>
                <w:color w:val="232323"/>
                <w:sz w:val="16"/>
              </w:rPr>
              <w:t>المؤلف 4</w:t>
            </w:r>
          </w:p>
        </w:tc>
        <w:tc>
          <w:tcPr>
            <w:tcW w:w="638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426BE9" w14:textId="77777777" w:rsidR="00254E62" w:rsidRDefault="00254E62"/>
        </w:tc>
        <w:tc>
          <w:tcPr>
            <w:tcW w:w="16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32867E" w14:textId="77777777" w:rsidR="00254E62" w:rsidRDefault="00254E62"/>
        </w:tc>
      </w:tr>
      <w:tr w:rsidR="00254E62" w14:paraId="7DE36A95" w14:textId="77777777" w:rsidTr="00AF633B">
        <w:trPr>
          <w:jc w:val="center"/>
        </w:trPr>
        <w:tc>
          <w:tcPr>
            <w:tcW w:w="10348" w:type="dxa"/>
            <w:gridSpan w:val="3"/>
            <w:shd w:val="clear" w:color="auto" w:fill="F5F5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5B618D" w14:textId="77777777" w:rsidR="00254E62" w:rsidRDefault="00000000">
            <w:pPr>
              <w:spacing w:after="20"/>
              <w:rPr>
                <w:sz w:val="16"/>
              </w:rPr>
            </w:pPr>
            <w:r>
              <w:rPr>
                <w:b/>
                <w:sz w:val="16"/>
              </w:rPr>
              <w:t>مثال: المؤلف 1 — التصور، المنهجية، التحليل الرسمي، كتابة المسودة الأصلية — 50%</w:t>
            </w:r>
          </w:p>
          <w:p w14:paraId="79BA1CEF" w14:textId="77777777" w:rsidR="00AF633B" w:rsidRPr="00AF633B" w:rsidRDefault="00AF633B">
            <w:pPr>
              <w:spacing w:after="20"/>
              <w:rPr>
                <w:sz w:val="16"/>
                <w:szCs w:val="16"/>
              </w:rPr>
            </w:pPr>
            <w:r w:rsidRPr="00AF633B">
              <w:rPr>
                <w:b/>
                <w:bCs/>
                <w:sz w:val="16"/>
                <w:szCs w:val="16"/>
              </w:rPr>
              <w:t>أدوار CRediT: التصور، تنظيم البيانات، التحليل الرسمي، الحصول على التمويل، البحث، المنهجية، إدارة المشروع، الموارد، البرمجيات، الإشراف، التحقق، التصور المرئي، كتابة المسودة الأصلية، المراجعة والتحرير</w:t>
            </w:r>
          </w:p>
          <w:p w14:paraId="73F4FE4C" w14:textId="4DC4E345" w:rsidR="00254E62" w:rsidRDefault="00AF633B">
            <w:r>
              <w:rPr>
                <w:b/>
                <w:sz w:val="16"/>
              </w:rPr>
              <w:t xml:space="preserve">للمزيد من المعلومات: </w:t>
            </w:r>
            <w:hyperlink r:id="rId11" w:history="1">
              <w:r w:rsidRPr="00101E22">
                <w:rPr>
                  <w:rStyle w:val="Kpr"/>
                  <w:b/>
                  <w:sz w:val="16"/>
                </w:rPr>
                <w:t>credit.niso.org/contributor-roles-defined/</w:t>
              </w:r>
            </w:hyperlink>
            <w:hyperlink r:id="rId12"/>
          </w:p>
          <w:p w14:paraId="18CCA505" w14:textId="77777777" w:rsidR="00AF633B" w:rsidRDefault="00AF633B"/>
        </w:tc>
      </w:tr>
    </w:tbl>
    <w:p w14:paraId="603DA915" w14:textId="77777777" w:rsidR="00E8780F" w:rsidRDefault="00E8780F">
      <w:pPr>
        <w:spacing w:before="120" w:after="60"/>
        <w:rPr>
          <w:rFonts w:ascii="Georgia" w:hAnsi="Georgia" w:cs="Times New Roman"/>
          <w:b/>
          <w:bCs/>
          <w:color w:val="1C1C1C"/>
          <w:sz w:val="21"/>
        </w:rPr>
      </w:pPr>
    </w:p>
    <w:p w14:paraId="7FA3427C" w14:textId="77777777" w:rsidR="00E8780F" w:rsidRDefault="00E8780F">
      <w:pPr>
        <w:spacing w:before="120" w:after="60"/>
        <w:rPr>
          <w:rFonts w:ascii="Georgia" w:hAnsi="Georgia" w:cs="Times New Roman"/>
          <w:b/>
          <w:bCs/>
          <w:color w:val="1C1C1C"/>
          <w:sz w:val="21"/>
        </w:rPr>
      </w:pPr>
    </w:p>
    <w:p w14:paraId="187CD80F" w14:textId="388C764D" w:rsidR="00907A46" w:rsidRPr="005E1D14" w:rsidRDefault="005E1D14">
      <w:pPr>
        <w:spacing w:before="120" w:after="60"/>
        <w:rPr>
          <w:rFonts w:ascii="Times New Roman" w:hAnsi="Times New Roman" w:cs="Times New Roman"/>
          <w:b/>
          <w:bCs/>
        </w:rPr>
      </w:pPr>
      <w:r w:rsidRPr="005E1D14">
        <w:rPr>
          <w:rFonts w:ascii="Georgia" w:hAnsi="Georgia" w:cs="Times New Roman"/>
          <w:b/>
          <w:bCs/>
          <w:color w:val="1C1C1C"/>
          <w:sz w:val="21"/>
        </w:rPr>
        <w:lastRenderedPageBreak/>
        <w:t>5. إقرارات الأخلاقيات والنشر</w:t>
      </w:r>
    </w:p>
    <w:tbl>
      <w:tblPr>
        <w:tblW w:w="0" w:type="auto"/>
        <w:jc w:val="center"/>
        <w:tblBorders>
          <w:top w:val="single" w:sz="5" w:space="0" w:color="8E8E8E"/>
          <w:left w:val="single" w:sz="5" w:space="0" w:color="8E8E8E"/>
          <w:bottom w:val="single" w:sz="5" w:space="0" w:color="8E8E8E"/>
          <w:right w:val="single" w:sz="5" w:space="0" w:color="8E8E8E"/>
          <w:insideH w:val="single" w:sz="5" w:space="0" w:color="8E8E8E"/>
          <w:insideV w:val="single" w:sz="5" w:space="0" w:color="8E8E8E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409"/>
        <w:gridCol w:w="7427"/>
      </w:tblGrid>
      <w:tr w:rsidR="00907A46" w:rsidRPr="005E1D14" w14:paraId="2486DBB5" w14:textId="77777777" w:rsidTr="005E1D14">
        <w:trPr>
          <w:cantSplit/>
          <w:jc w:val="center"/>
        </w:trPr>
        <w:tc>
          <w:tcPr>
            <w:tcW w:w="4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87969BB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10"/>
                <w:tag w:val="SAER_CHECKBOX_10"/>
                <w:id w:val="20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836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4D9D9D7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لم تُنشر الدراسة سابقًا وليست قيد التقييم في مجلة أخرى في الوقت نفسه.</w:t>
            </w:r>
          </w:p>
        </w:tc>
      </w:tr>
      <w:tr w:rsidR="00907A46" w:rsidRPr="005E1D14" w14:paraId="33FBCFEA" w14:textId="77777777" w:rsidTr="005E1D14">
        <w:trPr>
          <w:cantSplit/>
          <w:jc w:val="center"/>
        </w:trPr>
        <w:tc>
          <w:tcPr>
            <w:tcW w:w="4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4A776FC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11"/>
                <w:tag w:val="SAER_CHECKBOX_11"/>
                <w:id w:val="200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836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78C7F49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اطّلع جميع المؤلفين على النسخة النهائية من الدراسة ووافقوا على تقديمها.</w:t>
            </w:r>
          </w:p>
        </w:tc>
      </w:tr>
      <w:tr w:rsidR="00907A46" w:rsidRPr="005E1D14" w14:paraId="0E359EB7" w14:textId="77777777" w:rsidTr="005E1D14">
        <w:trPr>
          <w:cantSplit/>
          <w:jc w:val="center"/>
        </w:trPr>
        <w:tc>
          <w:tcPr>
            <w:tcW w:w="4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E6406EB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12"/>
                <w:tag w:val="SAER_CHECKBOX_12"/>
                <w:id w:val="200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836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E6A4714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تم الحصول على موافقة لجنة الأخلاقيات / المؤسسة عند الحاجة.</w:t>
            </w:r>
          </w:p>
        </w:tc>
      </w:tr>
      <w:tr w:rsidR="00907A46" w:rsidRPr="005E1D14" w14:paraId="1E38F988" w14:textId="77777777" w:rsidTr="005E1D14">
        <w:trPr>
          <w:cantSplit/>
          <w:jc w:val="center"/>
        </w:trPr>
        <w:tc>
          <w:tcPr>
            <w:tcW w:w="4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A167ACB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13"/>
                <w:tag w:val="SAER_CHECKBOX_13"/>
                <w:id w:val="200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836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B718CF3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في الدراسات التي تشمل مشاركين بشريين، تم استكمال إجراءات الموافقة المستنيرة المطلوبة.</w:t>
            </w:r>
          </w:p>
        </w:tc>
      </w:tr>
      <w:tr w:rsidR="00907A46" w:rsidRPr="005E1D14" w14:paraId="4C96F3C3" w14:textId="77777777" w:rsidTr="005E1D14">
        <w:trPr>
          <w:cantSplit/>
          <w:jc w:val="center"/>
        </w:trPr>
        <w:tc>
          <w:tcPr>
            <w:tcW w:w="4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AC9932D" w14:textId="13ABEE31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14"/>
                <w:tag w:val="SAER_CHECKBOX_14"/>
                <w:id w:val="200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78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836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21FE4BC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تمت إزالة المعلومات التي قد تكشف هوية المؤلفين من ملف النص الكامل المجهّل.</w:t>
            </w:r>
          </w:p>
        </w:tc>
      </w:tr>
      <w:tr w:rsidR="00907A46" w:rsidRPr="005E1D14" w14:paraId="749D6585" w14:textId="77777777" w:rsidTr="005E1D14">
        <w:trPr>
          <w:cantSplit/>
          <w:trHeight w:val="18"/>
          <w:jc w:val="center"/>
        </w:trPr>
        <w:tc>
          <w:tcPr>
            <w:tcW w:w="2835" w:type="dxa"/>
            <w:gridSpan w:val="2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612563B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لجنة الأخلاقيات / المؤسسة</w:t>
            </w:r>
          </w:p>
        </w:tc>
        <w:tc>
          <w:tcPr>
            <w:tcW w:w="742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882FFD6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261E7D23" w14:textId="77777777" w:rsidTr="005E1D14">
        <w:trPr>
          <w:cantSplit/>
          <w:trHeight w:val="18"/>
          <w:jc w:val="center"/>
        </w:trPr>
        <w:tc>
          <w:tcPr>
            <w:tcW w:w="2835" w:type="dxa"/>
            <w:gridSpan w:val="2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54C82AC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تاريخ القرار</w:t>
            </w:r>
          </w:p>
        </w:tc>
        <w:tc>
          <w:tcPr>
            <w:tcW w:w="742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33DD4ED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53DB32D2" w14:textId="77777777" w:rsidTr="005E1D14">
        <w:trPr>
          <w:cantSplit/>
          <w:trHeight w:val="18"/>
          <w:jc w:val="center"/>
        </w:trPr>
        <w:tc>
          <w:tcPr>
            <w:tcW w:w="2835" w:type="dxa"/>
            <w:gridSpan w:val="2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AB37710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رقم القرار / الموافقة</w:t>
            </w:r>
          </w:p>
        </w:tc>
        <w:tc>
          <w:tcPr>
            <w:tcW w:w="742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1EB885D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53DF36F8" w14:textId="77777777" w:rsidTr="005E1D14">
        <w:trPr>
          <w:cantSplit/>
          <w:trHeight w:val="18"/>
          <w:jc w:val="center"/>
        </w:trPr>
        <w:tc>
          <w:tcPr>
            <w:tcW w:w="2835" w:type="dxa"/>
            <w:gridSpan w:val="2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B3996BB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المبرر إذا لم تكن الموافقة الأخلاقية مطلوبة</w:t>
            </w:r>
          </w:p>
        </w:tc>
        <w:tc>
          <w:tcPr>
            <w:tcW w:w="742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B5841C1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54CA83A" w14:textId="77777777" w:rsidR="00907A46" w:rsidRPr="005E1D14" w:rsidRDefault="00907A46">
      <w:pPr>
        <w:spacing w:after="20"/>
        <w:rPr>
          <w:rFonts w:ascii="Times New Roman" w:hAnsi="Times New Roman" w:cs="Times New Roman"/>
        </w:rPr>
      </w:pPr>
    </w:p>
    <w:p w14:paraId="58DE94A2" w14:textId="77777777" w:rsidR="00907A46" w:rsidRPr="005E1D14" w:rsidRDefault="005E1D14">
      <w:pPr>
        <w:spacing w:before="120" w:after="60"/>
        <w:rPr>
          <w:rFonts w:ascii="Times New Roman" w:hAnsi="Times New Roman" w:cs="Times New Roman"/>
          <w:b/>
          <w:bCs/>
        </w:rPr>
      </w:pPr>
      <w:r w:rsidRPr="005E1D14">
        <w:rPr>
          <w:rFonts w:ascii="Georgia" w:hAnsi="Georgia" w:cs="Times New Roman"/>
          <w:b/>
          <w:bCs/>
          <w:color w:val="1C1C1C"/>
          <w:sz w:val="21"/>
        </w:rPr>
        <w:t>6. تضارب المصالح والتمويل</w:t>
      </w:r>
    </w:p>
    <w:tbl>
      <w:tblPr>
        <w:tblW w:w="0" w:type="auto"/>
        <w:jc w:val="center"/>
        <w:tblBorders>
          <w:top w:val="single" w:sz="5" w:space="0" w:color="8E8E8E"/>
          <w:left w:val="single" w:sz="5" w:space="0" w:color="8E8E8E"/>
          <w:bottom w:val="single" w:sz="5" w:space="0" w:color="8E8E8E"/>
          <w:right w:val="single" w:sz="5" w:space="0" w:color="8E8E8E"/>
          <w:insideH w:val="single" w:sz="5" w:space="0" w:color="8E8E8E"/>
          <w:insideV w:val="single" w:sz="5" w:space="0" w:color="8E8E8E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8135"/>
      </w:tblGrid>
      <w:tr w:rsidR="00907A46" w:rsidRPr="005E1D14" w14:paraId="433256D1" w14:textId="77777777" w:rsidTr="00AF633B">
        <w:trPr>
          <w:cantSplit/>
          <w:trHeight w:val="13"/>
          <w:jc w:val="center"/>
        </w:trPr>
        <w:tc>
          <w:tcPr>
            <w:tcW w:w="2127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DF8E357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تضارب المصالح</w:t>
            </w:r>
          </w:p>
        </w:tc>
        <w:tc>
          <w:tcPr>
            <w:tcW w:w="813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0366E4E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15"/>
                <w:tag w:val="SAER_CHECKBOX_15"/>
                <w:id w:val="200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  <w:rtl/>
              </w:rPr>
              <w:t xml:space="preserve"> لا يوجد     </w:t>
            </w:r>
            <w:sdt>
              <w:sdtPr>
                <w:alias w:val="SAER_Checkbox_16"/>
                <w:tag w:val="SAER_CHECKBOX_16"/>
                <w:id w:val="20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  <w:rtl/>
              </w:rPr>
              <w:t xml:space="preserve"> يوجد - يرجى التوضيح: ........................................................................................</w:t>
            </w:r>
          </w:p>
        </w:tc>
      </w:tr>
      <w:tr w:rsidR="00907A46" w:rsidRPr="005E1D14" w14:paraId="40FEDBCC" w14:textId="77777777" w:rsidTr="00AF633B">
        <w:trPr>
          <w:cantSplit/>
          <w:trHeight w:val="13"/>
          <w:jc w:val="center"/>
        </w:trPr>
        <w:tc>
          <w:tcPr>
            <w:tcW w:w="2127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D395768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التمويل / الدعم</w:t>
            </w:r>
          </w:p>
        </w:tc>
        <w:tc>
          <w:tcPr>
            <w:tcW w:w="813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BDB23F3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17"/>
                <w:tag w:val="SAER_CHECKBOX_17"/>
                <w:id w:val="200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  <w:rtl/>
              </w:rPr>
              <w:t xml:space="preserve"> لا يوجد     </w:t>
            </w:r>
            <w:sdt>
              <w:sdtPr>
                <w:alias w:val="SAER_Checkbox_18"/>
                <w:tag w:val="SAER_CHECKBOX_18"/>
                <w:id w:val="200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  <w:rtl/>
              </w:rPr>
              <w:t xml:space="preserve"> يوجد - المؤسسة / رقم المشروع: ...............................................................................</w:t>
            </w:r>
          </w:p>
        </w:tc>
      </w:tr>
    </w:tbl>
    <w:p w14:paraId="0C42F5A2" w14:textId="77777777" w:rsidR="00907A46" w:rsidRPr="005E1D14" w:rsidRDefault="00907A46">
      <w:pPr>
        <w:spacing w:after="20"/>
        <w:rPr>
          <w:rFonts w:ascii="Times New Roman" w:hAnsi="Times New Roman" w:cs="Times New Roman"/>
        </w:rPr>
      </w:pPr>
    </w:p>
    <w:p w14:paraId="7FD5F721" w14:textId="77777777" w:rsidR="00907A46" w:rsidRPr="005E1D14" w:rsidRDefault="005E1D14">
      <w:pPr>
        <w:spacing w:before="120" w:after="60"/>
        <w:rPr>
          <w:rFonts w:ascii="Times New Roman" w:hAnsi="Times New Roman" w:cs="Times New Roman"/>
          <w:b/>
          <w:bCs/>
        </w:rPr>
      </w:pPr>
      <w:r w:rsidRPr="005E1D14">
        <w:rPr>
          <w:rFonts w:ascii="Georgia" w:hAnsi="Georgia" w:cs="Times New Roman"/>
          <w:b/>
          <w:bCs/>
          <w:color w:val="1C1C1C"/>
          <w:sz w:val="21"/>
        </w:rPr>
        <w:t>7. البيانات والذكاء الاصطناعي والإقرارات الأخرى</w:t>
      </w:r>
    </w:p>
    <w:tbl>
      <w:tblPr>
        <w:tblW w:w="0" w:type="auto"/>
        <w:jc w:val="center"/>
        <w:tblBorders>
          <w:top w:val="single" w:sz="5" w:space="0" w:color="8E8E8E"/>
          <w:left w:val="single" w:sz="5" w:space="0" w:color="8E8E8E"/>
          <w:bottom w:val="single" w:sz="5" w:space="0" w:color="8E8E8E"/>
          <w:right w:val="single" w:sz="5" w:space="0" w:color="8E8E8E"/>
          <w:insideH w:val="single" w:sz="5" w:space="0" w:color="8E8E8E"/>
          <w:insideV w:val="single" w:sz="5" w:space="0" w:color="8E8E8E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568"/>
      </w:tblGrid>
      <w:tr w:rsidR="00907A46" w:rsidRPr="005E1D14" w14:paraId="5F44F8A0" w14:textId="77777777" w:rsidTr="00AF633B">
        <w:trPr>
          <w:cantSplit/>
          <w:trHeight w:val="766"/>
          <w:jc w:val="center"/>
        </w:trPr>
        <w:tc>
          <w:tcPr>
            <w:tcW w:w="2694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E769E6E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إتاحة البيانات</w:t>
            </w:r>
          </w:p>
        </w:tc>
        <w:tc>
          <w:tcPr>
            <w:tcW w:w="756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7A8BC1A" w14:textId="547B1150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19"/>
                <w:tag w:val="SAER_CHECKBOX_19"/>
                <w:id w:val="20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78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  <w:rtl/>
              </w:rPr>
              <w:t xml:space="preserve"> يمكن الحصول على البيانات من المؤلف المسؤول عند تقديم طلب معقول.</w:t>
            </w:r>
            <w:sdt>
              <w:sdtPr>
                <w:alias w:val="SAER_Checkbox_20"/>
                <w:tag w:val="SAER_CHECKBOX_20"/>
                <w:id w:val="200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  <w:rtl/>
              </w:rPr>
              <w:t xml:space="preserve"> البيانات متاحة علنًا في مستودع بيانات مفتوح: __________</w:t>
            </w:r>
            <w:sdt>
              <w:sdtPr>
                <w:alias w:val="SAER_Checkbox_21"/>
                <w:tag w:val="SAER_CHECKBOX_21"/>
                <w:id w:val="20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  <w:rtl/>
              </w:rPr>
              <w:t xml:space="preserve"> البيانات غير متاحة للعامة لأسباب تتعلق بالخصوصية أو الأخلاقيات أو القيود القانونية.</w:t>
            </w:r>
            <w:sdt>
              <w:sdtPr>
                <w:alias w:val="SAER_Checkbox_22"/>
                <w:tag w:val="SAER_CHECKBOX_22"/>
                <w:id w:val="200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  <w:rtl/>
              </w:rPr>
              <w:t xml:space="preserve"> بيان إتاحة البيانات غير منطبق على هذه الدراسة.</w:t>
            </w:r>
            <w:sdt>
              <w:sdtPr>
                <w:alias w:val="SAER_Checkbox_23"/>
                <w:tag w:val="SAER_CHECKBOX_23"/>
                <w:id w:val="200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  <w:rtl/>
              </w:rPr>
              <w:t xml:space="preserve"> أخرى: ______________________________</w:t>
            </w:r>
            <w:r w:rsidR="005E1D14" w:rsidRPr="005E1D14">
              <w:rPr>
                <w:rFonts w:cs="Times New Roman"/>
                <w:color w:val="262626"/>
                <w:sz w:val="17"/>
              </w:rPr>
              <w:br/>
            </w:r>
            <w:r w:rsidR="005E1D14" w:rsidRPr="005E1D14">
              <w:rPr>
                <w:rFonts w:cs="Times New Roman"/>
                <w:color w:val="262626"/>
                <w:sz w:val="17"/>
              </w:rPr>
              <w:br/>
            </w:r>
            <w:r w:rsidR="005E1D14" w:rsidRPr="005E1D14">
              <w:rPr>
                <w:rFonts w:cs="Times New Roman"/>
                <w:color w:val="262626"/>
                <w:sz w:val="17"/>
              </w:rPr>
              <w:br/>
            </w:r>
            <w:r w:rsidR="005E1D14" w:rsidRPr="005E1D14">
              <w:rPr>
                <w:rFonts w:cs="Times New Roman"/>
                <w:color w:val="262626"/>
                <w:sz w:val="17"/>
              </w:rPr>
              <w:br/>
            </w:r>
          </w:p>
        </w:tc>
      </w:tr>
      <w:tr w:rsidR="00907A46" w:rsidRPr="005E1D14" w14:paraId="2748798A" w14:textId="77777777" w:rsidTr="00AF633B">
        <w:trPr>
          <w:cantSplit/>
          <w:trHeight w:val="13"/>
          <w:jc w:val="center"/>
        </w:trPr>
        <w:tc>
          <w:tcPr>
            <w:tcW w:w="2694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4030164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استخدام الذكاء الاصطناعي التوليدي</w:t>
            </w:r>
          </w:p>
        </w:tc>
        <w:tc>
          <w:tcPr>
            <w:tcW w:w="756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2594F6B" w14:textId="0D32479F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24"/>
                <w:tag w:val="SAER_CHECKBOX_24"/>
                <w:id w:val="20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78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  <w:rtl/>
              </w:rPr>
              <w:t xml:space="preserve"> لم يُستخدم     </w:t>
            </w:r>
            <w:sdt>
              <w:sdtPr>
                <w:alias w:val="SAER_Checkbox_25"/>
                <w:tag w:val="SAER_CHECKBOX_25"/>
                <w:id w:val="20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  <w:rtl/>
              </w:rPr>
              <w:t xml:space="preserve"> استُخدم - الأداة والغرض من الاستخدام: ............................................................</w:t>
            </w:r>
          </w:p>
        </w:tc>
      </w:tr>
      <w:tr w:rsidR="00907A46" w:rsidRPr="005E1D14" w14:paraId="647A8BEA" w14:textId="77777777" w:rsidTr="00AF633B">
        <w:trPr>
          <w:cantSplit/>
          <w:trHeight w:val="13"/>
          <w:jc w:val="center"/>
        </w:trPr>
        <w:tc>
          <w:tcPr>
            <w:tcW w:w="2694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26B696B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شكر وتقدير</w:t>
            </w:r>
          </w:p>
        </w:tc>
        <w:tc>
          <w:tcPr>
            <w:tcW w:w="756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DB7EFE3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04A14CF2" w14:textId="77777777" w:rsidTr="00AF633B">
        <w:trPr>
          <w:cantSplit/>
          <w:trHeight w:val="13"/>
          <w:jc w:val="center"/>
        </w:trPr>
        <w:tc>
          <w:tcPr>
            <w:tcW w:w="2694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C566F8A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معلومات إضافية</w:t>
            </w:r>
          </w:p>
        </w:tc>
        <w:tc>
          <w:tcPr>
            <w:tcW w:w="756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B01F1AD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B11A440" w14:textId="77777777" w:rsidR="00907A46" w:rsidRPr="005E1D14" w:rsidRDefault="00907A46">
      <w:pPr>
        <w:spacing w:after="20"/>
        <w:rPr>
          <w:rFonts w:ascii="Times New Roman" w:hAnsi="Times New Roman" w:cs="Times New Roman"/>
        </w:rPr>
      </w:pPr>
    </w:p>
    <w:p w14:paraId="2ED6F7E7" w14:textId="77777777" w:rsidR="00907A46" w:rsidRPr="005E1D14" w:rsidRDefault="005E1D14">
      <w:pPr>
        <w:spacing w:before="120" w:after="60"/>
        <w:rPr>
          <w:rFonts w:ascii="Times New Roman" w:hAnsi="Times New Roman" w:cs="Times New Roman"/>
          <w:b/>
          <w:bCs/>
        </w:rPr>
      </w:pPr>
      <w:r w:rsidRPr="005E1D14">
        <w:rPr>
          <w:rFonts w:ascii="Georgia" w:hAnsi="Georgia" w:cs="Times New Roman"/>
          <w:b/>
          <w:bCs/>
          <w:color w:val="1C1C1C"/>
          <w:sz w:val="21"/>
        </w:rPr>
        <w:t>8. إقرار المؤلف</w:t>
      </w:r>
    </w:p>
    <w:tbl>
      <w:tblPr>
        <w:tblW w:w="0" w:type="auto"/>
        <w:jc w:val="center"/>
        <w:tblBorders>
          <w:top w:val="single" w:sz="5" w:space="0" w:color="8E8E8E"/>
          <w:left w:val="single" w:sz="5" w:space="0" w:color="8E8E8E"/>
          <w:bottom w:val="single" w:sz="5" w:space="0" w:color="8E8E8E"/>
          <w:right w:val="single" w:sz="5" w:space="0" w:color="8E8E8E"/>
          <w:insideH w:val="single" w:sz="5" w:space="0" w:color="8E8E8E"/>
          <w:insideV w:val="single" w:sz="5" w:space="0" w:color="8E8E8E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852"/>
      </w:tblGrid>
      <w:tr w:rsidR="00907A46" w:rsidRPr="005E1D14" w14:paraId="3DD8295D" w14:textId="77777777" w:rsidTr="00AF633B">
        <w:trPr>
          <w:cantSplit/>
          <w:trHeight w:val="13"/>
          <w:jc w:val="center"/>
        </w:trPr>
        <w:tc>
          <w:tcPr>
            <w:tcW w:w="2410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7F12BCB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الاسم الكامل للمؤلف المسؤول</w:t>
            </w:r>
          </w:p>
        </w:tc>
        <w:tc>
          <w:tcPr>
            <w:tcW w:w="78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A29BA2D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4DA41C4F" w14:textId="77777777" w:rsidTr="00AF633B">
        <w:trPr>
          <w:cantSplit/>
          <w:trHeight w:val="13"/>
          <w:jc w:val="center"/>
        </w:trPr>
        <w:tc>
          <w:tcPr>
            <w:tcW w:w="2410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8B7A689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التاريخ</w:t>
            </w:r>
          </w:p>
        </w:tc>
        <w:tc>
          <w:tcPr>
            <w:tcW w:w="78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87C8FC4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3941E53C" w14:textId="77777777" w:rsidTr="00AF633B">
        <w:trPr>
          <w:cantSplit/>
          <w:trHeight w:val="13"/>
          <w:jc w:val="center"/>
        </w:trPr>
        <w:tc>
          <w:tcPr>
            <w:tcW w:w="2410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BDECED4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التوقيع</w:t>
            </w:r>
          </w:p>
        </w:tc>
        <w:tc>
          <w:tcPr>
            <w:tcW w:w="78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DB16379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0040531" w14:textId="77777777" w:rsidR="005E1D14" w:rsidRDefault="005E1D14">
      <w:pPr>
        <w:spacing w:before="60" w:after="140"/>
        <w:rPr>
          <w:rFonts w:ascii="Times New Roman" w:hAnsi="Times New Roman" w:cs="Times New Roman"/>
          <w:i/>
          <w:color w:val="5A5A5A"/>
          <w:sz w:val="16"/>
        </w:rPr>
      </w:pPr>
    </w:p>
    <w:p w14:paraId="2547ECD6" w14:textId="77777777" w:rsidR="00907A46" w:rsidRPr="005E1D14" w:rsidRDefault="005E1D14" w:rsidP="005E1D14">
      <w:pPr>
        <w:jc w:val="both"/>
        <w:rPr>
          <w:rFonts w:ascii="Times New Roman" w:hAnsi="Times New Roman" w:cs="Times New Roman"/>
        </w:rPr>
      </w:pPr>
      <w:r>
        <w:rPr>
          <w:i/>
          <w:sz w:val="14"/>
        </w:rPr>
        <w:t>*يجب رفع هذه الصفحة منفصلة عن النص المجهّل؛ وتتولى المجلة التنسيق النهائي قبل النشر.</w:t>
      </w:r>
    </w:p>
    <w:sectPr w:rsidR="00907A46" w:rsidRPr="005E1D14" w:rsidSect="00034616">
      <w:headerReference w:type="default" r:id="rId13"/>
      <w:footerReference w:type="default" r:id="rId14"/>
      <w:pgSz w:w="11906" w:h="16838"/>
      <w:pgMar w:top="749" w:right="893" w:bottom="691" w:left="8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6CFD5" w14:textId="77777777" w:rsidR="004A79D1" w:rsidRDefault="004A79D1">
      <w:pPr>
        <w:spacing w:line="240" w:lineRule="auto"/>
      </w:pPr>
      <w:r>
        <w:separator/>
      </w:r>
    </w:p>
  </w:endnote>
  <w:endnote w:type="continuationSeparator" w:id="0">
    <w:p w14:paraId="54482EDD" w14:textId="77777777" w:rsidR="004A79D1" w:rsidRDefault="004A79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812B4" w14:textId="77777777" w:rsidR="00254E62" w:rsidRDefault="00254E62"/>
  <w:tbl>
    <w:tblPr>
      <w:tblW w:w="0" w:type="auto"/>
      <w:tblBorders>
        <w:top w:val="single" w:sz="4" w:space="0" w:color="D8D2CA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978"/>
      <w:gridCol w:w="3284"/>
    </w:tblGrid>
    <w:tr w:rsidR="00254E62" w14:paraId="738430EB" w14:textId="77777777">
      <w:tc>
        <w:tcPr>
          <w:tcW w:w="6978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0226445" w14:textId="77777777" w:rsidR="00254E62" w:rsidRDefault="00000000">
          <w:pPr>
            <w:spacing w:before="100"/>
          </w:pPr>
          <w:r>
            <w:rPr>
              <w:color w:val="646464"/>
              <w:sz w:val="15"/>
            </w:rPr>
            <w:t>SAER Journal · saerjournal.org · info@saerjournal.org</w:t>
          </w:r>
        </w:p>
      </w:tc>
      <w:tc>
        <w:tcPr>
          <w:tcW w:w="328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26DA5F2" w14:textId="77777777" w:rsidR="00254E62" w:rsidRDefault="00000000">
          <w:pPr>
            <w:spacing w:before="100"/>
            <w:jc w:val="right"/>
          </w:pPr>
          <w:r>
            <w:rPr>
              <w:color w:val="646464"/>
              <w:sz w:val="15"/>
            </w:rPr>
            <w:t xml:space="preserve">SAER-FRM-001 · </w:t>
          </w:r>
          <w:r w:rsidR="00AF633B">
            <w:rPr>
              <w:color w:val="646464"/>
              <w:sz w:val="15"/>
            </w:rPr>
            <w:t>10</w:t>
          </w:r>
          <w:r>
            <w:rPr>
              <w:color w:val="646464"/>
              <w:sz w:val="15"/>
            </w:rPr>
            <w:t>.09.2026 · Rev. 01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98712" w14:textId="77777777" w:rsidR="004A79D1" w:rsidRDefault="004A79D1">
      <w:pPr>
        <w:spacing w:line="240" w:lineRule="auto"/>
      </w:pPr>
      <w:r>
        <w:separator/>
      </w:r>
    </w:p>
  </w:footnote>
  <w:footnote w:type="continuationSeparator" w:id="0">
    <w:p w14:paraId="253DCD14" w14:textId="77777777" w:rsidR="004A79D1" w:rsidRDefault="004A79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64935" w14:textId="77777777" w:rsidR="00F96E69" w:rsidRDefault="00F96E6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5840788">
    <w:abstractNumId w:val="8"/>
  </w:num>
  <w:num w:numId="2" w16cid:durableId="1661501150">
    <w:abstractNumId w:val="6"/>
  </w:num>
  <w:num w:numId="3" w16cid:durableId="1389573345">
    <w:abstractNumId w:val="5"/>
  </w:num>
  <w:num w:numId="4" w16cid:durableId="14158277">
    <w:abstractNumId w:val="4"/>
  </w:num>
  <w:num w:numId="5" w16cid:durableId="2118677092">
    <w:abstractNumId w:val="7"/>
  </w:num>
  <w:num w:numId="6" w16cid:durableId="1881819585">
    <w:abstractNumId w:val="3"/>
  </w:num>
  <w:num w:numId="7" w16cid:durableId="695928268">
    <w:abstractNumId w:val="2"/>
  </w:num>
  <w:num w:numId="8" w16cid:durableId="159152230">
    <w:abstractNumId w:val="1"/>
  </w:num>
  <w:num w:numId="9" w16cid:durableId="1586961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3E7D"/>
    <w:rsid w:val="00101E22"/>
    <w:rsid w:val="0015074B"/>
    <w:rsid w:val="001B7DF0"/>
    <w:rsid w:val="00254E62"/>
    <w:rsid w:val="0029639D"/>
    <w:rsid w:val="00326F90"/>
    <w:rsid w:val="004A79D1"/>
    <w:rsid w:val="005266CB"/>
    <w:rsid w:val="005943E4"/>
    <w:rsid w:val="005E1D14"/>
    <w:rsid w:val="00763369"/>
    <w:rsid w:val="0083330F"/>
    <w:rsid w:val="00907A46"/>
    <w:rsid w:val="009F1475"/>
    <w:rsid w:val="00AA1D8D"/>
    <w:rsid w:val="00AF633B"/>
    <w:rsid w:val="00B47730"/>
    <w:rsid w:val="00B9755B"/>
    <w:rsid w:val="00C207FD"/>
    <w:rsid w:val="00CB0664"/>
    <w:rsid w:val="00DA75C0"/>
    <w:rsid w:val="00E8780F"/>
    <w:rsid w:val="00F96E6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F7A9CD"/>
  <w14:defaultImageDpi w14:val="300"/>
  <w15:docId w15:val="{AD773C19-5986-4879-8310-432EC0F8D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5E1D14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E1D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redit.niso.org/contributor-roles-defined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redit.niso.org/contributor-roles-defined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orcid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rcid.org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490</Words>
  <Characters>2793</Characters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SAER Journal - Başlık Sayfası / Title Page Form</dc:title>
  <dc:subject>SAER-FRM-001</dc:subject>
  <cp:keywords/>
  <dcterms:created xsi:type="dcterms:W3CDTF">2026-09-24T10:47:00Z</dcterms:created>
  <dcterms:modified xsi:type="dcterms:W3CDTF">2026-09-24T12:49:00Z</dcterms:modified>
  <cp:category/>
</cp:coreProperties>
</file>