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8561"/>
      </w:tblGrid>
      <w:tr w:rsidR="00907A46" w:rsidRPr="005E1D14" w14:paraId="3AAA92CE" w14:textId="77777777" w:rsidTr="00AF633B">
        <w:trPr>
          <w:cantSplit/>
          <w:trHeight w:val="1316"/>
          <w:jc w:val="center"/>
        </w:trPr>
        <w:tc>
          <w:tcPr>
            <w:tcW w:w="1701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228949" w14:textId="77777777" w:rsidR="00907A46" w:rsidRPr="005E1D14" w:rsidRDefault="00000000" w:rsidP="005E1D14">
            <w:pPr>
              <w:rPr>
                <w:rFonts w:ascii="Times New Roman" w:hAnsi="Times New Roman" w:cs="Times New Roman"/>
              </w:rPr>
            </w:pPr>
            <w:r w:rsidRPr="005E1D1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01D529D" wp14:editId="6FF72C25">
                  <wp:extent cx="972000" cy="90961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avicon_tr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09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1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F96B9F" w14:textId="77777777" w:rsidR="00907A46" w:rsidRPr="005E1D14" w:rsidRDefault="00907A46">
            <w:pPr>
              <w:spacing w:after="20"/>
              <w:rPr>
                <w:rFonts w:ascii="Times New Roman" w:hAnsi="Times New Roman" w:cs="Times New Roman"/>
              </w:rPr>
            </w:pPr>
          </w:p>
          <w:p w14:paraId="56A26BC8" w14:textId="77777777" w:rsidR="00907A46" w:rsidRPr="005E1D14" w:rsidRDefault="00000000" w:rsidP="005E1D14">
            <w:pPr>
              <w:spacing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E1D14">
              <w:rPr>
                <w:rFonts w:ascii="Times New Roman" w:hAnsi="Times New Roman" w:cs="Times New Roman"/>
                <w:b/>
                <w:color w:val="232323"/>
                <w:sz w:val="32"/>
                <w:szCs w:val="28"/>
              </w:rPr>
              <w:t>SAER JOURNAL</w:t>
            </w:r>
          </w:p>
          <w:p w14:paraId="300DBA43" w14:textId="77777777" w:rsidR="00907A46" w:rsidRPr="005E1D14" w:rsidRDefault="00000000" w:rsidP="005E1D14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5E1D14">
              <w:rPr>
                <w:rFonts w:ascii="Times New Roman" w:hAnsi="Times New Roman" w:cs="Times New Roman"/>
                <w:b/>
                <w:color w:val="232323"/>
                <w:sz w:val="23"/>
                <w:szCs w:val="20"/>
              </w:rPr>
              <w:t>SCHOLARLY ACADEMIC EVIDENCE RESEARCH</w:t>
            </w:r>
          </w:p>
          <w:p w14:paraId="19AF77AE" w14:textId="77777777" w:rsidR="00907A46" w:rsidRPr="005E1D14" w:rsidRDefault="00000000" w:rsidP="005E1D14">
            <w:pPr>
              <w:spacing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5E1D14">
              <w:rPr>
                <w:rFonts w:ascii="Times New Roman" w:hAnsi="Times New Roman" w:cs="Times New Roman"/>
                <w:color w:val="232323"/>
                <w:szCs w:val="16"/>
              </w:rPr>
              <w:t>BAŞLIK SAYFASI / TITLE PAGE FORM</w:t>
            </w:r>
          </w:p>
          <w:p w14:paraId="7B8F11CB" w14:textId="77777777" w:rsidR="00907A46" w:rsidRPr="005E1D14" w:rsidRDefault="00907A46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CCEBEA1" w14:textId="77777777" w:rsidR="00907A46" w:rsidRPr="005E1D14" w:rsidRDefault="00907A46">
      <w:pPr>
        <w:spacing w:after="20"/>
        <w:rPr>
          <w:rFonts w:ascii="Times New Roman" w:hAnsi="Times New Roman" w:cs="Times New Roman"/>
        </w:rPr>
      </w:pPr>
    </w:p>
    <w:p w14:paraId="6273FF80" w14:textId="77777777" w:rsidR="00907A46" w:rsidRPr="005E1D14" w:rsidRDefault="005E1D14">
      <w:pPr>
        <w:spacing w:after="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1F2325"/>
          <w:sz w:val="20"/>
        </w:rPr>
        <w:t>1.</w:t>
      </w:r>
      <w:r w:rsidRPr="005E1D14">
        <w:rPr>
          <w:rFonts w:ascii="Times New Roman" w:hAnsi="Times New Roman" w:cs="Times New Roman"/>
          <w:b/>
          <w:color w:val="1F2325"/>
          <w:sz w:val="20"/>
        </w:rPr>
        <w:t>MAKALE BİLGİLERİ</w:t>
      </w:r>
    </w:p>
    <w:tbl>
      <w:tblPr>
        <w:tblW w:w="0" w:type="auto"/>
        <w:jc w:val="center"/>
        <w:tblBorders>
          <w:top w:val="single" w:sz="5" w:space="0" w:color="8E8E8E"/>
          <w:left w:val="single" w:sz="5" w:space="0" w:color="8E8E8E"/>
          <w:bottom w:val="single" w:sz="5" w:space="0" w:color="8E8E8E"/>
          <w:right w:val="single" w:sz="5" w:space="0" w:color="8E8E8E"/>
          <w:insideH w:val="single" w:sz="5" w:space="0" w:color="8E8E8E"/>
          <w:insideV w:val="single" w:sz="5" w:space="0" w:color="8E8E8E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8561"/>
      </w:tblGrid>
      <w:tr w:rsidR="00907A46" w:rsidRPr="005E1D14" w14:paraId="73A76B02" w14:textId="77777777" w:rsidTr="00AF633B">
        <w:trPr>
          <w:cantSplit/>
          <w:trHeight w:val="13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71DC99D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Makalenin Türkçe Başlığı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CCC4607" w14:textId="77777777" w:rsidR="00907A46" w:rsidRPr="005E1D14" w:rsidRDefault="00907A46" w:rsidP="005E1D1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49745896" w14:textId="77777777" w:rsidTr="00AF633B">
        <w:trPr>
          <w:cantSplit/>
          <w:trHeight w:val="75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8C11E4A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Makalenin İngilizce Başlığı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3B3F2BF" w14:textId="77777777" w:rsidR="00907A46" w:rsidRPr="005E1D14" w:rsidRDefault="00907A46" w:rsidP="005E1D1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5F71FEF0" w14:textId="77777777" w:rsidTr="005E1D14">
        <w:trPr>
          <w:cantSplit/>
          <w:trHeight w:val="408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F774C1C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Makale Türü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EAF8AF0" w14:textId="5BFA7F5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01"/>
                <w:tag w:val="SAER_CHECKBOX_01"/>
                <w:id w:val="100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6C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5E1D14">
              <w:rPr>
                <w:rFonts w:cs="Times New Roman"/>
                <w:color w:val="262626"/>
                <w:sz w:val="17"/>
              </w:rPr>
              <w:t xml:space="preserve"> Araştırma Makalesi    </w:t>
            </w:r>
            <w:sdt>
              <w:sdtPr>
                <w:alias w:val="SAER_Checkbox_02"/>
                <w:tag w:val="SAER_CHECKBOX_02"/>
                <w:id w:val="100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color w:val="222222"/>
                  </w:rPr>
                  <w:t>☐</w:t>
                </w:r>
              </w:sdtContent>
            </w:sdt>
            <w:r w:rsidRPr="005E1D14">
              <w:rPr>
                <w:rFonts w:cs="Times New Roman"/>
                <w:color w:val="262626"/>
                <w:sz w:val="17"/>
              </w:rPr>
              <w:t xml:space="preserve"> Derleme    </w:t>
            </w:r>
            <w:sdt>
              <w:sdtPr>
                <w:alias w:val="SAER_Checkbox_03"/>
                <w:tag w:val="SAER_CHECKBOX_03"/>
                <w:id w:val="100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color w:val="222222"/>
                  </w:rPr>
                  <w:t>☐</w:t>
                </w:r>
              </w:sdtContent>
            </w:sdt>
            <w:r w:rsidRPr="005E1D14">
              <w:rPr>
                <w:rFonts w:cs="Times New Roman"/>
                <w:color w:val="262626"/>
                <w:sz w:val="17"/>
              </w:rPr>
              <w:t xml:space="preserve"> Sistematik Derleme    </w:t>
            </w:r>
            <w:sdt>
              <w:sdtPr>
                <w:alias w:val="SAER_Checkbox_04"/>
                <w:tag w:val="SAER_CHECKBOX_04"/>
                <w:id w:val="100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color w:val="222222"/>
                  </w:rPr>
                  <w:t>☐</w:t>
                </w:r>
              </w:sdtContent>
            </w:sdt>
            <w:r w:rsidRPr="005E1D14">
              <w:rPr>
                <w:rFonts w:cs="Times New Roman"/>
                <w:color w:val="262626"/>
                <w:sz w:val="17"/>
              </w:rPr>
              <w:t xml:space="preserve"> Kuramsal/Kavramsal    </w:t>
            </w:r>
            <w:sdt>
              <w:sdtPr>
                <w:alias w:val="SAER_Checkbox_05"/>
                <w:tag w:val="SAER_CHECKBOX_05"/>
                <w:id w:val="10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color w:val="222222"/>
                  </w:rPr>
                  <w:t>☐</w:t>
                </w:r>
              </w:sdtContent>
            </w:sdt>
            <w:r w:rsidRPr="005E1D14">
              <w:rPr>
                <w:rFonts w:cs="Times New Roman"/>
                <w:color w:val="262626"/>
                <w:sz w:val="17"/>
              </w:rPr>
              <w:t xml:space="preserve"> Diğer</w:t>
            </w:r>
          </w:p>
        </w:tc>
      </w:tr>
      <w:tr w:rsidR="00907A46" w:rsidRPr="005E1D14" w14:paraId="44FC16C2" w14:textId="77777777" w:rsidTr="005E1D14">
        <w:trPr>
          <w:cantSplit/>
          <w:trHeight w:val="408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34E30CE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Anahtar Kelimeler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9B30CBA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Türkçe:  ..................................................................................................................</w:t>
            </w:r>
            <w:r w:rsidRPr="005E1D14">
              <w:rPr>
                <w:rFonts w:cs="Times New Roman"/>
                <w:color w:val="262626"/>
                <w:sz w:val="17"/>
              </w:rPr>
              <w:br/>
              <w:t>English:  ..................................................................................................................</w:t>
            </w:r>
          </w:p>
        </w:tc>
      </w:tr>
    </w:tbl>
    <w:p w14:paraId="1601EC7E" w14:textId="77777777" w:rsidR="00907A46" w:rsidRPr="005E1D14" w:rsidRDefault="00000000">
      <w:pPr>
        <w:spacing w:before="60" w:after="140"/>
        <w:rPr>
          <w:rFonts w:ascii="Times New Roman" w:hAnsi="Times New Roman" w:cs="Times New Roman"/>
        </w:rPr>
      </w:pPr>
      <w:r w:rsidRPr="005E1D14">
        <w:rPr>
          <w:rFonts w:ascii="Times New Roman" w:hAnsi="Times New Roman" w:cs="Times New Roman"/>
          <w:i/>
          <w:color w:val="5A5A5A"/>
          <w:sz w:val="16"/>
        </w:rPr>
        <w:t>Başlıklar, gönderim sistemine girilen bilgilerle aynı olmalıdır. Anahtar kelimeler mümkünse 3</w:t>
      </w:r>
      <w:r w:rsidR="005E1D14">
        <w:rPr>
          <w:rFonts w:ascii="Times New Roman" w:hAnsi="Times New Roman" w:cs="Times New Roman"/>
          <w:i/>
          <w:color w:val="5A5A5A"/>
          <w:sz w:val="16"/>
        </w:rPr>
        <w:t>-</w:t>
      </w:r>
      <w:r w:rsidRPr="005E1D14">
        <w:rPr>
          <w:rFonts w:ascii="Times New Roman" w:hAnsi="Times New Roman" w:cs="Times New Roman"/>
          <w:i/>
          <w:color w:val="5A5A5A"/>
          <w:sz w:val="16"/>
        </w:rPr>
        <w:t>6 terim olarak verilmelidir.</w:t>
      </w:r>
    </w:p>
    <w:p w14:paraId="62DA5358" w14:textId="77777777" w:rsidR="00907A46" w:rsidRPr="005E1D14" w:rsidRDefault="005E1D14">
      <w:pPr>
        <w:spacing w:before="120" w:after="60"/>
        <w:rPr>
          <w:rFonts w:ascii="Times New Roman" w:hAnsi="Times New Roman" w:cs="Times New Roman"/>
          <w:b/>
          <w:bCs/>
        </w:rPr>
      </w:pPr>
      <w:r w:rsidRPr="005E1D14">
        <w:rPr>
          <w:rFonts w:ascii="Georgia" w:hAnsi="Georgia" w:cs="Times New Roman"/>
          <w:b/>
          <w:bCs/>
          <w:color w:val="1C1C1C"/>
          <w:sz w:val="21"/>
        </w:rPr>
        <w:t xml:space="preserve">2. SORUMLU YAZAR </w:t>
      </w:r>
    </w:p>
    <w:tbl>
      <w:tblPr>
        <w:tblW w:w="0" w:type="auto"/>
        <w:jc w:val="center"/>
        <w:tblBorders>
          <w:top w:val="single" w:sz="5" w:space="0" w:color="8E8E8E"/>
          <w:left w:val="single" w:sz="5" w:space="0" w:color="8E8E8E"/>
          <w:bottom w:val="single" w:sz="5" w:space="0" w:color="8E8E8E"/>
          <w:right w:val="single" w:sz="5" w:space="0" w:color="8E8E8E"/>
          <w:insideH w:val="single" w:sz="5" w:space="0" w:color="8E8E8E"/>
          <w:insideV w:val="single" w:sz="5" w:space="0" w:color="8E8E8E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8561"/>
      </w:tblGrid>
      <w:tr w:rsidR="00907A46" w:rsidRPr="005E1D14" w14:paraId="2803979B" w14:textId="77777777" w:rsidTr="005E1D14">
        <w:trPr>
          <w:cantSplit/>
          <w:trHeight w:val="105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CBC524C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Adı Soyadı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FAE2D11" w14:textId="77777777" w:rsidR="00907A46" w:rsidRPr="005E1D14" w:rsidRDefault="00907A46" w:rsidP="005E1D1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64FA4C05" w14:textId="77777777" w:rsidTr="005E1D14">
        <w:trPr>
          <w:cantSplit/>
          <w:trHeight w:val="84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CDBD227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Akademik Unvanı</w:t>
            </w:r>
            <w:r w:rsidR="005E1D14">
              <w:rPr>
                <w:rFonts w:cs="Times New Roman"/>
                <w:b/>
                <w:color w:val="262626"/>
                <w:sz w:val="17"/>
              </w:rPr>
              <w:t xml:space="preserve"> (Varsa)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819E888" w14:textId="77777777" w:rsidR="00907A46" w:rsidRPr="005E1D14" w:rsidRDefault="00907A46" w:rsidP="005E1D1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27D51E65" w14:textId="77777777" w:rsidTr="005E1D14">
        <w:trPr>
          <w:cantSplit/>
          <w:trHeight w:val="18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14358DE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Kurum / Birim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FB542EC" w14:textId="77777777" w:rsidR="00907A46" w:rsidRPr="005E1D14" w:rsidRDefault="00907A46" w:rsidP="005E1D1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1FEAD791" w14:textId="77777777" w:rsidTr="005E1D14">
        <w:trPr>
          <w:cantSplit/>
          <w:trHeight w:val="18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5FBC72F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E-posta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7151C49" w14:textId="77777777" w:rsidR="00907A46" w:rsidRPr="005E1D14" w:rsidRDefault="00907A46" w:rsidP="005E1D1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188B2810" w14:textId="77777777" w:rsidTr="005E1D14">
        <w:trPr>
          <w:cantSplit/>
          <w:trHeight w:val="18"/>
          <w:jc w:val="center"/>
        </w:trPr>
        <w:tc>
          <w:tcPr>
            <w:tcW w:w="1701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F5C8E40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ORCID</w:t>
            </w:r>
          </w:p>
        </w:tc>
        <w:tc>
          <w:tcPr>
            <w:tcW w:w="85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CC9E60B" w14:textId="77777777" w:rsidR="00254E62" w:rsidRDefault="00000000">
            <w:r>
              <w:rPr>
                <w:color w:val="333333"/>
                <w:sz w:val="17"/>
              </w:rPr>
              <w:t>0000-0000-0000-0000</w:t>
            </w:r>
            <w:r>
              <w:t xml:space="preserve">   </w:t>
            </w:r>
            <w:hyperlink r:id="rId9">
              <w:r w:rsidR="00254E62">
                <w:rPr>
                  <w:color w:val="555555"/>
                  <w:sz w:val="16"/>
                  <w:u w:val="single"/>
                </w:rPr>
                <w:t>ORCID kaydı / doğrulama</w:t>
              </w:r>
            </w:hyperlink>
          </w:p>
        </w:tc>
      </w:tr>
    </w:tbl>
    <w:p w14:paraId="2D8CAF3A" w14:textId="77777777" w:rsidR="00907A46" w:rsidRPr="005E1D14" w:rsidRDefault="00907A46">
      <w:pPr>
        <w:spacing w:after="20"/>
        <w:rPr>
          <w:rFonts w:ascii="Times New Roman" w:hAnsi="Times New Roman" w:cs="Times New Roman"/>
        </w:rPr>
      </w:pPr>
    </w:p>
    <w:p w14:paraId="092B0D81" w14:textId="77777777" w:rsidR="00907A46" w:rsidRPr="005E1D14" w:rsidRDefault="005E1D14">
      <w:pPr>
        <w:spacing w:before="120" w:after="60"/>
        <w:rPr>
          <w:rFonts w:ascii="Times New Roman" w:hAnsi="Times New Roman" w:cs="Times New Roman"/>
          <w:b/>
          <w:bCs/>
        </w:rPr>
      </w:pPr>
      <w:r w:rsidRPr="005E1D14">
        <w:rPr>
          <w:rFonts w:ascii="Georgia" w:hAnsi="Georgia" w:cs="Times New Roman"/>
          <w:b/>
          <w:bCs/>
          <w:color w:val="1C1C1C"/>
          <w:sz w:val="21"/>
        </w:rPr>
        <w:t>3. YAZARLAR</w:t>
      </w:r>
    </w:p>
    <w:tbl>
      <w:tblPr>
        <w:tblW w:w="0" w:type="auto"/>
        <w:jc w:val="center"/>
        <w:tblBorders>
          <w:top w:val="single" w:sz="5" w:space="0" w:color="8E8E8E"/>
          <w:left w:val="single" w:sz="5" w:space="0" w:color="8E8E8E"/>
          <w:bottom w:val="single" w:sz="5" w:space="0" w:color="8E8E8E"/>
          <w:right w:val="single" w:sz="5" w:space="0" w:color="8E8E8E"/>
          <w:insideH w:val="single" w:sz="5" w:space="0" w:color="8E8E8E"/>
          <w:insideV w:val="single" w:sz="5" w:space="0" w:color="8E8E8E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01"/>
        <w:gridCol w:w="2126"/>
        <w:gridCol w:w="1984"/>
        <w:gridCol w:w="2314"/>
        <w:gridCol w:w="1710"/>
      </w:tblGrid>
      <w:tr w:rsidR="00907A46" w:rsidRPr="005E1D14" w14:paraId="77CB9A5B" w14:textId="77777777" w:rsidTr="005E1D14">
        <w:trPr>
          <w:cantSplit/>
          <w:jc w:val="center"/>
        </w:trPr>
        <w:tc>
          <w:tcPr>
            <w:tcW w:w="425" w:type="dxa"/>
            <w:shd w:val="clear" w:color="auto" w:fill="ECECE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3B1C1A3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6"/>
              </w:rPr>
              <w:t>No</w:t>
            </w:r>
          </w:p>
        </w:tc>
        <w:tc>
          <w:tcPr>
            <w:tcW w:w="1701" w:type="dxa"/>
            <w:shd w:val="clear" w:color="auto" w:fill="ECECE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55E77C2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6"/>
              </w:rPr>
              <w:t>Adı Soyadı</w:t>
            </w:r>
          </w:p>
        </w:tc>
        <w:tc>
          <w:tcPr>
            <w:tcW w:w="2126" w:type="dxa"/>
            <w:shd w:val="clear" w:color="auto" w:fill="ECECE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4253CBE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6"/>
              </w:rPr>
              <w:t>Kurum / Birim</w:t>
            </w:r>
          </w:p>
        </w:tc>
        <w:tc>
          <w:tcPr>
            <w:tcW w:w="1984" w:type="dxa"/>
            <w:shd w:val="clear" w:color="auto" w:fill="ECECE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3983B1C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6"/>
              </w:rPr>
              <w:t>E-posta</w:t>
            </w:r>
          </w:p>
        </w:tc>
        <w:tc>
          <w:tcPr>
            <w:tcW w:w="2314" w:type="dxa"/>
            <w:shd w:val="clear" w:color="auto" w:fill="ECECE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2208534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6"/>
              </w:rPr>
              <w:t>ORCID</w:t>
            </w:r>
          </w:p>
        </w:tc>
        <w:tc>
          <w:tcPr>
            <w:tcW w:w="1710" w:type="dxa"/>
            <w:shd w:val="clear" w:color="auto" w:fill="ECECE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4A2E22D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6"/>
              </w:rPr>
              <w:t>Sorumlu Yazar</w:t>
            </w:r>
          </w:p>
        </w:tc>
      </w:tr>
      <w:tr w:rsidR="00907A46" w:rsidRPr="005E1D14" w14:paraId="1429CDCD" w14:textId="77777777" w:rsidTr="005E1D14">
        <w:trPr>
          <w:cantSplit/>
          <w:jc w:val="center"/>
        </w:trPr>
        <w:tc>
          <w:tcPr>
            <w:tcW w:w="42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8ED963C" w14:textId="77777777" w:rsidR="00907A46" w:rsidRPr="005E1D14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1</w:t>
            </w:r>
          </w:p>
        </w:tc>
        <w:tc>
          <w:tcPr>
            <w:tcW w:w="170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DA95B55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521960F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486908C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9640F32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EA7BDD1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06"/>
                <w:tag w:val="SAER_CHECKBOX_06"/>
                <w:id w:val="10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color w:val="222222"/>
                    <w:sz w:val="17"/>
                  </w:rPr>
                  <w:t>☐</w:t>
                </w:r>
              </w:sdtContent>
            </w:sdt>
          </w:p>
        </w:tc>
      </w:tr>
      <w:tr w:rsidR="00907A46" w:rsidRPr="005E1D14" w14:paraId="6B554BA2" w14:textId="77777777" w:rsidTr="005E1D14">
        <w:trPr>
          <w:cantSplit/>
          <w:jc w:val="center"/>
        </w:trPr>
        <w:tc>
          <w:tcPr>
            <w:tcW w:w="42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2C8E0E8" w14:textId="77777777" w:rsidR="00907A46" w:rsidRPr="005E1D14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2</w:t>
            </w:r>
          </w:p>
        </w:tc>
        <w:tc>
          <w:tcPr>
            <w:tcW w:w="170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F68D6F0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40A6092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D27A165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4679028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4124106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07"/>
                <w:tag w:val="SAER_CHECKBOX_07"/>
                <w:id w:val="10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color w:val="222222"/>
                    <w:sz w:val="17"/>
                  </w:rPr>
                  <w:t>☐</w:t>
                </w:r>
              </w:sdtContent>
            </w:sdt>
          </w:p>
        </w:tc>
      </w:tr>
      <w:tr w:rsidR="00907A46" w:rsidRPr="005E1D14" w14:paraId="59BD2978" w14:textId="77777777" w:rsidTr="005E1D14">
        <w:trPr>
          <w:cantSplit/>
          <w:jc w:val="center"/>
        </w:trPr>
        <w:tc>
          <w:tcPr>
            <w:tcW w:w="42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243787E" w14:textId="77777777" w:rsidR="00907A46" w:rsidRPr="005E1D14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3</w:t>
            </w:r>
          </w:p>
        </w:tc>
        <w:tc>
          <w:tcPr>
            <w:tcW w:w="170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1725051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9800567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F5BE8F5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404BCBE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4C9B8A3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08"/>
                <w:tag w:val="SAER_CHECKBOX_08"/>
                <w:id w:val="10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color w:val="222222"/>
                    <w:sz w:val="17"/>
                  </w:rPr>
                  <w:t>☐</w:t>
                </w:r>
              </w:sdtContent>
            </w:sdt>
          </w:p>
        </w:tc>
      </w:tr>
      <w:tr w:rsidR="00907A46" w:rsidRPr="005E1D14" w14:paraId="198BEFDE" w14:textId="77777777" w:rsidTr="005E1D14">
        <w:trPr>
          <w:cantSplit/>
          <w:jc w:val="center"/>
        </w:trPr>
        <w:tc>
          <w:tcPr>
            <w:tcW w:w="42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8ECBBC8" w14:textId="77777777" w:rsidR="00907A46" w:rsidRPr="005E1D14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4</w:t>
            </w:r>
          </w:p>
        </w:tc>
        <w:tc>
          <w:tcPr>
            <w:tcW w:w="170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CECC3AB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21B530E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D4E3B6B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D4A50F6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710C615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09"/>
                <w:tag w:val="SAER_CHECKBOX_09"/>
                <w:id w:val="100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color w:val="222222"/>
                    <w:sz w:val="17"/>
                  </w:rPr>
                  <w:t>☐</w:t>
                </w:r>
              </w:sdtContent>
            </w:sdt>
          </w:p>
        </w:tc>
      </w:tr>
    </w:tbl>
    <w:p w14:paraId="287DE221" w14:textId="77777777" w:rsidR="00907A46" w:rsidRPr="005E1D14" w:rsidRDefault="005E1D14">
      <w:pPr>
        <w:spacing w:before="60" w:after="140"/>
        <w:rPr>
          <w:rFonts w:ascii="Times New Roman" w:hAnsi="Times New Roman" w:cs="Times New Roman"/>
          <w:i/>
          <w:color w:val="5A5A5A"/>
          <w:sz w:val="16"/>
        </w:rPr>
      </w:pPr>
      <w:r w:rsidRPr="005E1D14">
        <w:rPr>
          <w:rFonts w:cs="Times New Roman"/>
          <w:i/>
          <w:color w:val="5F5F5F"/>
          <w:sz w:val="15"/>
        </w:rPr>
        <w:t>*Dört yazardan fazla yazarlı çalışmalar için tabloya satır eklenebilir. Yazar sırası, gönderim sistemindeki sıra ile aynı olmalıdır.</w:t>
      </w:r>
    </w:p>
    <w:p w14:paraId="0058D499" w14:textId="77777777" w:rsidR="00907A46" w:rsidRPr="005E1D14" w:rsidRDefault="005E1D14">
      <w:pPr>
        <w:spacing w:before="120" w:after="60"/>
        <w:rPr>
          <w:rFonts w:ascii="Times New Roman" w:hAnsi="Times New Roman" w:cs="Times New Roman"/>
          <w:b/>
          <w:bCs/>
        </w:rPr>
      </w:pPr>
      <w:r w:rsidRPr="005E1D14">
        <w:rPr>
          <w:rFonts w:ascii="Georgia" w:hAnsi="Georgia" w:cs="Times New Roman"/>
          <w:b/>
          <w:bCs/>
          <w:color w:val="1C1C1C"/>
          <w:sz w:val="21"/>
        </w:rPr>
        <w:t>4. YAZARLIK VE KATKI BEYANI</w:t>
      </w:r>
    </w:p>
    <w:tbl>
      <w:tblPr>
        <w:tblW w:w="10348" w:type="dxa"/>
        <w:jc w:val="center"/>
        <w:tblBorders>
          <w:top w:val="single" w:sz="5" w:space="0" w:color="8E8E8E"/>
          <w:left w:val="single" w:sz="5" w:space="0" w:color="8E8E8E"/>
          <w:bottom w:val="single" w:sz="5" w:space="0" w:color="8E8E8E"/>
          <w:right w:val="single" w:sz="5" w:space="0" w:color="8E8E8E"/>
          <w:insideH w:val="single" w:sz="5" w:space="0" w:color="8E8E8E"/>
          <w:insideV w:val="single" w:sz="5" w:space="0" w:color="8E8E8E"/>
        </w:tblBorders>
        <w:tblLayout w:type="fixed"/>
        <w:tblLook w:val="04A0" w:firstRow="1" w:lastRow="0" w:firstColumn="1" w:lastColumn="0" w:noHBand="0" w:noVBand="1"/>
      </w:tblPr>
      <w:tblGrid>
        <w:gridCol w:w="2273"/>
        <w:gridCol w:w="6387"/>
        <w:gridCol w:w="1688"/>
      </w:tblGrid>
      <w:tr w:rsidR="00254E62" w14:paraId="3F8984F3" w14:textId="77777777" w:rsidTr="00AF633B">
        <w:trPr>
          <w:jc w:val="center"/>
        </w:trPr>
        <w:tc>
          <w:tcPr>
            <w:tcW w:w="2273" w:type="dxa"/>
            <w:shd w:val="clear" w:color="auto" w:fill="ECEC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E0A56E" w14:textId="77777777" w:rsidR="00254E62" w:rsidRDefault="00000000">
            <w:r>
              <w:rPr>
                <w:b/>
                <w:color w:val="232323"/>
                <w:sz w:val="16"/>
              </w:rPr>
              <w:t>Yazar</w:t>
            </w:r>
          </w:p>
        </w:tc>
        <w:tc>
          <w:tcPr>
            <w:tcW w:w="6387" w:type="dxa"/>
            <w:shd w:val="clear" w:color="auto" w:fill="ECEC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37617A" w14:textId="77777777" w:rsidR="00254E62" w:rsidRDefault="00000000">
            <w:r>
              <w:rPr>
                <w:b/>
                <w:color w:val="232323"/>
                <w:sz w:val="16"/>
              </w:rPr>
              <w:t>CRediT Katkı Rol(ler)i</w:t>
            </w:r>
          </w:p>
        </w:tc>
        <w:tc>
          <w:tcPr>
            <w:tcW w:w="1688" w:type="dxa"/>
            <w:shd w:val="clear" w:color="auto" w:fill="ECEC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A35891" w14:textId="77777777" w:rsidR="00254E62" w:rsidRDefault="00000000">
            <w:r>
              <w:rPr>
                <w:b/>
                <w:color w:val="232323"/>
                <w:sz w:val="16"/>
              </w:rPr>
              <w:t>Katkı Oranı (%)</w:t>
            </w:r>
          </w:p>
        </w:tc>
      </w:tr>
      <w:tr w:rsidR="00254E62" w14:paraId="6C342A31" w14:textId="77777777" w:rsidTr="00AF633B">
        <w:trPr>
          <w:jc w:val="center"/>
        </w:trPr>
        <w:tc>
          <w:tcPr>
            <w:tcW w:w="2273" w:type="dxa"/>
            <w:shd w:val="clear" w:color="auto" w:fill="F7F7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BE22B1" w14:textId="77777777" w:rsidR="00254E62" w:rsidRDefault="00000000">
            <w:r>
              <w:rPr>
                <w:b/>
                <w:color w:val="232323"/>
                <w:sz w:val="16"/>
              </w:rPr>
              <w:t>1. Yazar</w:t>
            </w:r>
          </w:p>
        </w:tc>
        <w:tc>
          <w:tcPr>
            <w:tcW w:w="638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458D8F" w14:textId="77777777" w:rsidR="00254E62" w:rsidRDefault="00254E62"/>
        </w:tc>
        <w:tc>
          <w:tcPr>
            <w:tcW w:w="16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5475B3" w14:textId="77777777" w:rsidR="00254E62" w:rsidRDefault="00254E62"/>
        </w:tc>
      </w:tr>
      <w:tr w:rsidR="00254E62" w14:paraId="199F43C1" w14:textId="77777777" w:rsidTr="00AF633B">
        <w:trPr>
          <w:jc w:val="center"/>
        </w:trPr>
        <w:tc>
          <w:tcPr>
            <w:tcW w:w="2273" w:type="dxa"/>
            <w:shd w:val="clear" w:color="auto" w:fill="F7F7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4395A9" w14:textId="77777777" w:rsidR="00254E62" w:rsidRDefault="00000000">
            <w:r>
              <w:rPr>
                <w:b/>
                <w:color w:val="232323"/>
                <w:sz w:val="16"/>
              </w:rPr>
              <w:t>2. Yazar</w:t>
            </w:r>
          </w:p>
        </w:tc>
        <w:tc>
          <w:tcPr>
            <w:tcW w:w="638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D1319C" w14:textId="77777777" w:rsidR="00254E62" w:rsidRDefault="00254E62"/>
        </w:tc>
        <w:tc>
          <w:tcPr>
            <w:tcW w:w="16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6916DF" w14:textId="77777777" w:rsidR="00254E62" w:rsidRDefault="00254E62"/>
        </w:tc>
      </w:tr>
      <w:tr w:rsidR="00254E62" w14:paraId="2709B11B" w14:textId="77777777" w:rsidTr="00AF633B">
        <w:trPr>
          <w:jc w:val="center"/>
        </w:trPr>
        <w:tc>
          <w:tcPr>
            <w:tcW w:w="2273" w:type="dxa"/>
            <w:shd w:val="clear" w:color="auto" w:fill="F7F7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F6F552" w14:textId="77777777" w:rsidR="00254E62" w:rsidRDefault="00000000">
            <w:r>
              <w:rPr>
                <w:b/>
                <w:color w:val="232323"/>
                <w:sz w:val="16"/>
              </w:rPr>
              <w:t>3. Yazar</w:t>
            </w:r>
          </w:p>
        </w:tc>
        <w:tc>
          <w:tcPr>
            <w:tcW w:w="638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2DF2BA" w14:textId="77777777" w:rsidR="00254E62" w:rsidRDefault="00254E62"/>
        </w:tc>
        <w:tc>
          <w:tcPr>
            <w:tcW w:w="16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C59C4B" w14:textId="77777777" w:rsidR="00254E62" w:rsidRDefault="00254E62"/>
        </w:tc>
      </w:tr>
      <w:tr w:rsidR="00254E62" w14:paraId="33C0851A" w14:textId="77777777" w:rsidTr="00AF633B">
        <w:trPr>
          <w:jc w:val="center"/>
        </w:trPr>
        <w:tc>
          <w:tcPr>
            <w:tcW w:w="2273" w:type="dxa"/>
            <w:shd w:val="clear" w:color="auto" w:fill="F7F7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DC13B4" w14:textId="77777777" w:rsidR="00254E62" w:rsidRDefault="00000000">
            <w:r>
              <w:rPr>
                <w:b/>
                <w:color w:val="232323"/>
                <w:sz w:val="16"/>
              </w:rPr>
              <w:t>4. Yazar</w:t>
            </w:r>
          </w:p>
        </w:tc>
        <w:tc>
          <w:tcPr>
            <w:tcW w:w="638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ECB163" w14:textId="77777777" w:rsidR="00254E62" w:rsidRDefault="00254E62"/>
        </w:tc>
        <w:tc>
          <w:tcPr>
            <w:tcW w:w="16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5E0A5D" w14:textId="77777777" w:rsidR="00254E62" w:rsidRDefault="00254E62"/>
        </w:tc>
      </w:tr>
      <w:tr w:rsidR="00254E62" w14:paraId="318544B5" w14:textId="77777777" w:rsidTr="00AF633B">
        <w:trPr>
          <w:jc w:val="center"/>
        </w:trPr>
        <w:tc>
          <w:tcPr>
            <w:tcW w:w="10348" w:type="dxa"/>
            <w:gridSpan w:val="3"/>
            <w:shd w:val="clear" w:color="auto" w:fill="F5F5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BEFEE6" w14:textId="77D0252A" w:rsidR="00254E62" w:rsidRDefault="00000000">
            <w:pPr>
              <w:spacing w:after="20"/>
              <w:rPr>
                <w:sz w:val="16"/>
              </w:rPr>
            </w:pPr>
            <w:r>
              <w:rPr>
                <w:b/>
                <w:sz w:val="16"/>
              </w:rPr>
              <w:t xml:space="preserve">Örnek: </w:t>
            </w:r>
            <w:r>
              <w:rPr>
                <w:sz w:val="16"/>
              </w:rPr>
              <w:t>1. Yazar — Kavramsallaştırma</w:t>
            </w:r>
            <w:r w:rsidR="00AF633B">
              <w:rPr>
                <w:sz w:val="16"/>
              </w:rPr>
              <w:t>,</w:t>
            </w:r>
            <w:r>
              <w:rPr>
                <w:sz w:val="16"/>
              </w:rPr>
              <w:t xml:space="preserve"> Yöntem</w:t>
            </w:r>
            <w:r w:rsidR="00AF633B">
              <w:rPr>
                <w:sz w:val="16"/>
              </w:rPr>
              <w:t>,</w:t>
            </w:r>
            <w:r>
              <w:rPr>
                <w:sz w:val="16"/>
              </w:rPr>
              <w:t xml:space="preserve"> Biçimsel Analiz</w:t>
            </w:r>
            <w:r w:rsidR="00AF633B">
              <w:rPr>
                <w:sz w:val="16"/>
              </w:rPr>
              <w:t>,</w:t>
            </w:r>
            <w:r>
              <w:rPr>
                <w:sz w:val="16"/>
              </w:rPr>
              <w:t xml:space="preserve"> İlk Taslak Yazımı — %50</w:t>
            </w:r>
          </w:p>
          <w:p w14:paraId="6CCE463C" w14:textId="78A03F27" w:rsidR="00AF633B" w:rsidRPr="00AF633B" w:rsidRDefault="00AF633B">
            <w:pPr>
              <w:spacing w:after="20"/>
              <w:rPr>
                <w:sz w:val="16"/>
                <w:szCs w:val="16"/>
              </w:rPr>
            </w:pPr>
            <w:r w:rsidRPr="00AF633B">
              <w:rPr>
                <w:b/>
                <w:bCs/>
                <w:sz w:val="16"/>
                <w:szCs w:val="16"/>
              </w:rPr>
              <w:t>CRediT Katkı Rolleri</w:t>
            </w:r>
            <w:r w:rsidRPr="00AF633B">
              <w:rPr>
                <w:sz w:val="16"/>
                <w:szCs w:val="16"/>
              </w:rPr>
              <w:t>: Kavramsallaştırma</w:t>
            </w:r>
            <w:r>
              <w:rPr>
                <w:sz w:val="16"/>
                <w:szCs w:val="16"/>
              </w:rPr>
              <w:t>,</w:t>
            </w:r>
            <w:r w:rsidRPr="00AF633B">
              <w:rPr>
                <w:sz w:val="16"/>
                <w:szCs w:val="16"/>
              </w:rPr>
              <w:t xml:space="preserve"> Veri İyileştirme</w:t>
            </w:r>
            <w:r>
              <w:rPr>
                <w:sz w:val="16"/>
                <w:szCs w:val="16"/>
              </w:rPr>
              <w:t>, B</w:t>
            </w:r>
            <w:r w:rsidRPr="00AF633B">
              <w:rPr>
                <w:sz w:val="16"/>
                <w:szCs w:val="16"/>
              </w:rPr>
              <w:t>içimsel Analiz</w:t>
            </w:r>
            <w:r>
              <w:rPr>
                <w:sz w:val="16"/>
                <w:szCs w:val="16"/>
              </w:rPr>
              <w:t>,</w:t>
            </w:r>
            <w:r w:rsidRPr="00AF633B">
              <w:rPr>
                <w:sz w:val="16"/>
                <w:szCs w:val="16"/>
              </w:rPr>
              <w:t xml:space="preserve"> Fon Sağlama</w:t>
            </w:r>
            <w:r>
              <w:rPr>
                <w:sz w:val="16"/>
                <w:szCs w:val="16"/>
              </w:rPr>
              <w:t>,</w:t>
            </w:r>
            <w:r w:rsidRPr="00AF633B">
              <w:rPr>
                <w:sz w:val="16"/>
                <w:szCs w:val="16"/>
              </w:rPr>
              <w:t xml:space="preserve"> Araştırma</w:t>
            </w:r>
            <w:r>
              <w:rPr>
                <w:sz w:val="16"/>
                <w:szCs w:val="16"/>
              </w:rPr>
              <w:t>,</w:t>
            </w:r>
            <w:r w:rsidRPr="00AF633B">
              <w:rPr>
                <w:sz w:val="16"/>
                <w:szCs w:val="16"/>
              </w:rPr>
              <w:t xml:space="preserve"> Yöntem</w:t>
            </w:r>
            <w:r>
              <w:rPr>
                <w:sz w:val="16"/>
                <w:szCs w:val="16"/>
              </w:rPr>
              <w:t>,</w:t>
            </w:r>
            <w:r w:rsidRPr="00AF633B">
              <w:rPr>
                <w:sz w:val="16"/>
                <w:szCs w:val="16"/>
              </w:rPr>
              <w:t xml:space="preserve"> Proje Yönetimi</w:t>
            </w:r>
            <w:r>
              <w:rPr>
                <w:sz w:val="16"/>
                <w:szCs w:val="16"/>
              </w:rPr>
              <w:t>,</w:t>
            </w:r>
            <w:r w:rsidRPr="00AF633B">
              <w:rPr>
                <w:sz w:val="16"/>
                <w:szCs w:val="16"/>
              </w:rPr>
              <w:t xml:space="preserve"> Kaynaklar</w:t>
            </w:r>
            <w:r>
              <w:rPr>
                <w:sz w:val="16"/>
                <w:szCs w:val="16"/>
              </w:rPr>
              <w:t>,</w:t>
            </w:r>
            <w:r w:rsidRPr="00AF633B">
              <w:rPr>
                <w:sz w:val="16"/>
                <w:szCs w:val="16"/>
              </w:rPr>
              <w:t xml:space="preserve"> Yazılım</w:t>
            </w:r>
            <w:r>
              <w:rPr>
                <w:sz w:val="16"/>
                <w:szCs w:val="16"/>
              </w:rPr>
              <w:t>,</w:t>
            </w:r>
            <w:r w:rsidRPr="00AF633B">
              <w:rPr>
                <w:sz w:val="16"/>
                <w:szCs w:val="16"/>
              </w:rPr>
              <w:t xml:space="preserve"> Danışmanlık</w:t>
            </w:r>
            <w:r>
              <w:rPr>
                <w:sz w:val="16"/>
                <w:szCs w:val="16"/>
              </w:rPr>
              <w:t>,</w:t>
            </w:r>
            <w:r w:rsidRPr="00AF633B">
              <w:rPr>
                <w:sz w:val="16"/>
                <w:szCs w:val="16"/>
              </w:rPr>
              <w:t xml:space="preserve"> Doğrulama</w:t>
            </w:r>
            <w:r>
              <w:rPr>
                <w:sz w:val="16"/>
                <w:szCs w:val="16"/>
              </w:rPr>
              <w:t>,</w:t>
            </w:r>
            <w:r w:rsidRPr="00AF633B">
              <w:rPr>
                <w:sz w:val="16"/>
                <w:szCs w:val="16"/>
              </w:rPr>
              <w:t xml:space="preserve"> Görselleştirme</w:t>
            </w:r>
            <w:r>
              <w:rPr>
                <w:sz w:val="16"/>
                <w:szCs w:val="16"/>
              </w:rPr>
              <w:t>,</w:t>
            </w:r>
            <w:r w:rsidRPr="00AF633B">
              <w:rPr>
                <w:sz w:val="16"/>
                <w:szCs w:val="16"/>
              </w:rPr>
              <w:t xml:space="preserve"> İlk Taslak Yazımı</w:t>
            </w:r>
            <w:r>
              <w:rPr>
                <w:sz w:val="16"/>
                <w:szCs w:val="16"/>
              </w:rPr>
              <w:t>,</w:t>
            </w:r>
            <w:r w:rsidRPr="00AF633B">
              <w:rPr>
                <w:sz w:val="16"/>
                <w:szCs w:val="16"/>
              </w:rPr>
              <w:t xml:space="preserve"> İnceleme ve Düzenleme</w:t>
            </w:r>
          </w:p>
          <w:p w14:paraId="6F7096CA" w14:textId="6B0176F9" w:rsidR="00254E62" w:rsidRDefault="00AF633B">
            <w:r>
              <w:rPr>
                <w:b/>
                <w:sz w:val="16"/>
              </w:rPr>
              <w:t xml:space="preserve">Daha fazlası için: </w:t>
            </w:r>
            <w:hyperlink r:id="rId10">
              <w:r>
                <w:rPr>
                  <w:color w:val="4A4A4A"/>
                  <w:sz w:val="16"/>
                  <w:u w:val="single"/>
                </w:rPr>
                <w:t>credit.niso.org/contributor-roles-defined/</w:t>
              </w:r>
            </w:hyperlink>
          </w:p>
          <w:p w14:paraId="6945B031" w14:textId="77777777" w:rsidR="00AF633B" w:rsidRDefault="00AF633B"/>
        </w:tc>
      </w:tr>
    </w:tbl>
    <w:p w14:paraId="60A9A5B9" w14:textId="77777777" w:rsidR="00907A46" w:rsidRPr="005E1D14" w:rsidRDefault="00000000">
      <w:pPr>
        <w:rPr>
          <w:rFonts w:ascii="Times New Roman" w:hAnsi="Times New Roman" w:cs="Times New Roman"/>
        </w:rPr>
      </w:pPr>
      <w:r w:rsidRPr="005E1D14">
        <w:rPr>
          <w:rFonts w:ascii="Times New Roman" w:hAnsi="Times New Roman" w:cs="Times New Roman"/>
        </w:rPr>
        <w:br w:type="page"/>
      </w:r>
    </w:p>
    <w:p w14:paraId="67479F78" w14:textId="77777777" w:rsidR="00907A46" w:rsidRPr="005E1D14" w:rsidRDefault="005E1D14">
      <w:pPr>
        <w:spacing w:before="120" w:after="60"/>
        <w:rPr>
          <w:rFonts w:ascii="Times New Roman" w:hAnsi="Times New Roman" w:cs="Times New Roman"/>
          <w:b/>
          <w:bCs/>
        </w:rPr>
      </w:pPr>
      <w:r w:rsidRPr="005E1D14">
        <w:rPr>
          <w:rFonts w:ascii="Georgia" w:hAnsi="Georgia" w:cs="Times New Roman"/>
          <w:b/>
          <w:bCs/>
          <w:color w:val="1C1C1C"/>
          <w:sz w:val="21"/>
        </w:rPr>
        <w:lastRenderedPageBreak/>
        <w:t>5. ETİK VE YAYIN BEYANLARI</w:t>
      </w:r>
    </w:p>
    <w:tbl>
      <w:tblPr>
        <w:tblW w:w="0" w:type="auto"/>
        <w:jc w:val="center"/>
        <w:tblBorders>
          <w:top w:val="single" w:sz="5" w:space="0" w:color="8E8E8E"/>
          <w:left w:val="single" w:sz="5" w:space="0" w:color="8E8E8E"/>
          <w:bottom w:val="single" w:sz="5" w:space="0" w:color="8E8E8E"/>
          <w:right w:val="single" w:sz="5" w:space="0" w:color="8E8E8E"/>
          <w:insideH w:val="single" w:sz="5" w:space="0" w:color="8E8E8E"/>
          <w:insideV w:val="single" w:sz="5" w:space="0" w:color="8E8E8E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409"/>
        <w:gridCol w:w="7427"/>
      </w:tblGrid>
      <w:tr w:rsidR="00907A46" w:rsidRPr="005E1D14" w14:paraId="56BADA0C" w14:textId="77777777" w:rsidTr="005E1D14">
        <w:trPr>
          <w:cantSplit/>
          <w:jc w:val="center"/>
        </w:trPr>
        <w:tc>
          <w:tcPr>
            <w:tcW w:w="4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1BDA2B3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10"/>
                <w:tag w:val="SAER_CHECKBOX_10"/>
                <w:id w:val="10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color w:val="222222"/>
                    <w:sz w:val="22"/>
                  </w:rPr>
                  <w:t>☐</w:t>
                </w:r>
              </w:sdtContent>
            </w:sdt>
          </w:p>
        </w:tc>
        <w:tc>
          <w:tcPr>
            <w:tcW w:w="9836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3177A48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Çalışma daha önce yayımlanmamıştır ve eş zamanlı olarak başka bir dergide değerlendirmede değildir.</w:t>
            </w:r>
          </w:p>
        </w:tc>
      </w:tr>
      <w:tr w:rsidR="00907A46" w:rsidRPr="005E1D14" w14:paraId="7EFF65F2" w14:textId="77777777" w:rsidTr="005E1D14">
        <w:trPr>
          <w:cantSplit/>
          <w:jc w:val="center"/>
        </w:trPr>
        <w:tc>
          <w:tcPr>
            <w:tcW w:w="4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94BD98C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11"/>
                <w:tag w:val="SAER_CHECKBOX_11"/>
                <w:id w:val="100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color w:val="222222"/>
                    <w:sz w:val="22"/>
                  </w:rPr>
                  <w:t>☐</w:t>
                </w:r>
              </w:sdtContent>
            </w:sdt>
          </w:p>
        </w:tc>
        <w:tc>
          <w:tcPr>
            <w:tcW w:w="9836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DE5ABDF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Tüm yazarlar çalışmanın son hâlini görmüş ve gönderimi onaylamıştır.</w:t>
            </w:r>
          </w:p>
        </w:tc>
      </w:tr>
      <w:tr w:rsidR="00907A46" w:rsidRPr="005E1D14" w14:paraId="38390447" w14:textId="77777777" w:rsidTr="005E1D14">
        <w:trPr>
          <w:cantSplit/>
          <w:jc w:val="center"/>
        </w:trPr>
        <w:tc>
          <w:tcPr>
            <w:tcW w:w="4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6F6F03F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12"/>
                <w:tag w:val="SAER_CHECKBOX_12"/>
                <w:id w:val="100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color w:val="222222"/>
                    <w:sz w:val="22"/>
                  </w:rPr>
                  <w:t>☐</w:t>
                </w:r>
              </w:sdtContent>
            </w:sdt>
          </w:p>
        </w:tc>
        <w:tc>
          <w:tcPr>
            <w:tcW w:w="9836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A6B7A20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Gerekli olduğu durumlarda etik kurul / kurum izni alınmıştır.</w:t>
            </w:r>
          </w:p>
        </w:tc>
      </w:tr>
      <w:tr w:rsidR="00907A46" w:rsidRPr="005E1D14" w14:paraId="2FAD9B99" w14:textId="77777777" w:rsidTr="005E1D14">
        <w:trPr>
          <w:cantSplit/>
          <w:jc w:val="center"/>
        </w:trPr>
        <w:tc>
          <w:tcPr>
            <w:tcW w:w="4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E65EBC9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13"/>
                <w:tag w:val="SAER_CHECKBOX_13"/>
                <w:id w:val="100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color w:val="222222"/>
                    <w:sz w:val="22"/>
                  </w:rPr>
                  <w:t>☐</w:t>
                </w:r>
              </w:sdtContent>
            </w:sdt>
          </w:p>
        </w:tc>
        <w:tc>
          <w:tcPr>
            <w:tcW w:w="9836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7136F9D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İnsan katılımcıların yer aldığı çalışmalarda gerekli bilgilendirilmiş onam süreçleri yürütülmüştür.</w:t>
            </w:r>
          </w:p>
        </w:tc>
      </w:tr>
      <w:tr w:rsidR="00907A46" w:rsidRPr="005E1D14" w14:paraId="0E233D48" w14:textId="77777777" w:rsidTr="005E1D14">
        <w:trPr>
          <w:cantSplit/>
          <w:jc w:val="center"/>
        </w:trPr>
        <w:tc>
          <w:tcPr>
            <w:tcW w:w="426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23713F3" w14:textId="77777777" w:rsidR="00907A46" w:rsidRPr="005E1D14" w:rsidRDefault="00000000" w:rsidP="005E1D14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14"/>
                <w:tag w:val="SAER_CHECKBOX_14"/>
                <w:id w:val="100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color w:val="222222"/>
                    <w:sz w:val="22"/>
                  </w:rPr>
                  <w:t>☐</w:t>
                </w:r>
              </w:sdtContent>
            </w:sdt>
          </w:p>
        </w:tc>
        <w:tc>
          <w:tcPr>
            <w:tcW w:w="9836" w:type="dxa"/>
            <w:gridSpan w:val="2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605232E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color w:val="262626"/>
                <w:sz w:val="17"/>
              </w:rPr>
              <w:t>Yazar kimliğini açığa çıkaran bilgiler anonim tam metin dosyasından çıkarılmıştır.</w:t>
            </w:r>
          </w:p>
        </w:tc>
      </w:tr>
      <w:tr w:rsidR="00907A46" w:rsidRPr="005E1D14" w14:paraId="230C673A" w14:textId="77777777" w:rsidTr="005E1D14">
        <w:trPr>
          <w:cantSplit/>
          <w:trHeight w:val="18"/>
          <w:jc w:val="center"/>
        </w:trPr>
        <w:tc>
          <w:tcPr>
            <w:tcW w:w="2835" w:type="dxa"/>
            <w:gridSpan w:val="2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8F2B504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Etik Kurul / Kurum</w:t>
            </w:r>
          </w:p>
        </w:tc>
        <w:tc>
          <w:tcPr>
            <w:tcW w:w="742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2174DB2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3FC5FF6C" w14:textId="77777777" w:rsidTr="005E1D14">
        <w:trPr>
          <w:cantSplit/>
          <w:trHeight w:val="18"/>
          <w:jc w:val="center"/>
        </w:trPr>
        <w:tc>
          <w:tcPr>
            <w:tcW w:w="2835" w:type="dxa"/>
            <w:gridSpan w:val="2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DE0F370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Karar Tarihi</w:t>
            </w:r>
          </w:p>
        </w:tc>
        <w:tc>
          <w:tcPr>
            <w:tcW w:w="742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9E7E196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036619CE" w14:textId="77777777" w:rsidTr="005E1D14">
        <w:trPr>
          <w:cantSplit/>
          <w:trHeight w:val="18"/>
          <w:jc w:val="center"/>
        </w:trPr>
        <w:tc>
          <w:tcPr>
            <w:tcW w:w="2835" w:type="dxa"/>
            <w:gridSpan w:val="2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9E4BA76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Karar / Onay No</w:t>
            </w:r>
          </w:p>
        </w:tc>
        <w:tc>
          <w:tcPr>
            <w:tcW w:w="742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6D20DBE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290964B5" w14:textId="77777777" w:rsidTr="005E1D14">
        <w:trPr>
          <w:cantSplit/>
          <w:trHeight w:val="18"/>
          <w:jc w:val="center"/>
        </w:trPr>
        <w:tc>
          <w:tcPr>
            <w:tcW w:w="2835" w:type="dxa"/>
            <w:gridSpan w:val="2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EF896E6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Etik Onay Gerekmiyorsa Gerekçe</w:t>
            </w:r>
          </w:p>
        </w:tc>
        <w:tc>
          <w:tcPr>
            <w:tcW w:w="742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1C1F60F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86943A0" w14:textId="77777777" w:rsidR="00907A46" w:rsidRPr="005E1D14" w:rsidRDefault="00907A46">
      <w:pPr>
        <w:spacing w:after="20"/>
        <w:rPr>
          <w:rFonts w:ascii="Times New Roman" w:hAnsi="Times New Roman" w:cs="Times New Roman"/>
        </w:rPr>
      </w:pPr>
    </w:p>
    <w:p w14:paraId="29544318" w14:textId="77777777" w:rsidR="00907A46" w:rsidRPr="005E1D14" w:rsidRDefault="005E1D14">
      <w:pPr>
        <w:spacing w:before="120" w:after="60"/>
        <w:rPr>
          <w:rFonts w:ascii="Times New Roman" w:hAnsi="Times New Roman" w:cs="Times New Roman"/>
          <w:b/>
          <w:bCs/>
        </w:rPr>
      </w:pPr>
      <w:r w:rsidRPr="005E1D14">
        <w:rPr>
          <w:rFonts w:ascii="Georgia" w:hAnsi="Georgia" w:cs="Times New Roman"/>
          <w:b/>
          <w:bCs/>
          <w:color w:val="1C1C1C"/>
          <w:sz w:val="21"/>
        </w:rPr>
        <w:t>6. ÇIKAR ÇATIŞMASI VE FİNANSMAN</w:t>
      </w:r>
    </w:p>
    <w:tbl>
      <w:tblPr>
        <w:tblW w:w="0" w:type="auto"/>
        <w:jc w:val="center"/>
        <w:tblBorders>
          <w:top w:val="single" w:sz="5" w:space="0" w:color="8E8E8E"/>
          <w:left w:val="single" w:sz="5" w:space="0" w:color="8E8E8E"/>
          <w:bottom w:val="single" w:sz="5" w:space="0" w:color="8E8E8E"/>
          <w:right w:val="single" w:sz="5" w:space="0" w:color="8E8E8E"/>
          <w:insideH w:val="single" w:sz="5" w:space="0" w:color="8E8E8E"/>
          <w:insideV w:val="single" w:sz="5" w:space="0" w:color="8E8E8E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8135"/>
      </w:tblGrid>
      <w:tr w:rsidR="00907A46" w:rsidRPr="005E1D14" w14:paraId="09F4EBB8" w14:textId="77777777" w:rsidTr="00AF633B">
        <w:trPr>
          <w:cantSplit/>
          <w:trHeight w:val="13"/>
          <w:jc w:val="center"/>
        </w:trPr>
        <w:tc>
          <w:tcPr>
            <w:tcW w:w="2127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09EADC3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Çıkar Çatışması</w:t>
            </w:r>
          </w:p>
        </w:tc>
        <w:tc>
          <w:tcPr>
            <w:tcW w:w="813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27CD49B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15"/>
                <w:tag w:val="SAER_CHECKBOX_15"/>
                <w:id w:val="100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color w:val="222222"/>
                  </w:rPr>
                  <w:t>☐</w:t>
                </w:r>
              </w:sdtContent>
            </w:sdt>
            <w:r w:rsidRPr="005E1D14">
              <w:rPr>
                <w:rFonts w:cs="Times New Roman"/>
                <w:color w:val="262626"/>
                <w:sz w:val="17"/>
              </w:rPr>
              <w:t xml:space="preserve"> Yoktur     </w:t>
            </w:r>
            <w:sdt>
              <w:sdtPr>
                <w:alias w:val="SAER_Checkbox_16"/>
                <w:tag w:val="SAER_CHECKBOX_16"/>
                <w:id w:val="10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color w:val="222222"/>
                  </w:rPr>
                  <w:t>☐</w:t>
                </w:r>
              </w:sdtContent>
            </w:sdt>
            <w:r w:rsidRPr="005E1D14">
              <w:rPr>
                <w:rFonts w:cs="Times New Roman"/>
                <w:color w:val="262626"/>
                <w:sz w:val="17"/>
              </w:rPr>
              <w:t xml:space="preserve"> Vardır </w:t>
            </w:r>
            <w:r w:rsidR="005E1D14">
              <w:rPr>
                <w:rFonts w:cs="Times New Roman"/>
                <w:color w:val="262626"/>
                <w:sz w:val="17"/>
              </w:rPr>
              <w:t>-</w:t>
            </w:r>
            <w:r w:rsidRPr="005E1D14">
              <w:rPr>
                <w:rFonts w:cs="Times New Roman"/>
                <w:color w:val="262626"/>
                <w:sz w:val="17"/>
              </w:rPr>
              <w:t xml:space="preserve"> Açıklayınız: ........................................................................................</w:t>
            </w:r>
          </w:p>
        </w:tc>
      </w:tr>
      <w:tr w:rsidR="00907A46" w:rsidRPr="005E1D14" w14:paraId="11D2B86D" w14:textId="77777777" w:rsidTr="00AF633B">
        <w:trPr>
          <w:cantSplit/>
          <w:trHeight w:val="13"/>
          <w:jc w:val="center"/>
        </w:trPr>
        <w:tc>
          <w:tcPr>
            <w:tcW w:w="2127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403A82C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Finansman / Destek</w:t>
            </w:r>
          </w:p>
        </w:tc>
        <w:tc>
          <w:tcPr>
            <w:tcW w:w="813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B575E8A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17"/>
                <w:tag w:val="SAER_CHECKBOX_17"/>
                <w:id w:val="100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color w:val="222222"/>
                  </w:rPr>
                  <w:t>☐</w:t>
                </w:r>
              </w:sdtContent>
            </w:sdt>
            <w:r w:rsidRPr="005E1D14">
              <w:rPr>
                <w:rFonts w:cs="Times New Roman"/>
                <w:color w:val="262626"/>
                <w:sz w:val="17"/>
              </w:rPr>
              <w:t xml:space="preserve"> Yoktur     </w:t>
            </w:r>
            <w:sdt>
              <w:sdtPr>
                <w:alias w:val="SAER_Checkbox_18"/>
                <w:tag w:val="SAER_CHECKBOX_18"/>
                <w:id w:val="100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color w:val="222222"/>
                  </w:rPr>
                  <w:t>☐</w:t>
                </w:r>
              </w:sdtContent>
            </w:sdt>
            <w:r w:rsidRPr="005E1D14">
              <w:rPr>
                <w:rFonts w:cs="Times New Roman"/>
                <w:color w:val="262626"/>
                <w:sz w:val="17"/>
              </w:rPr>
              <w:t xml:space="preserve"> Vardır </w:t>
            </w:r>
            <w:r w:rsidR="005E1D14">
              <w:rPr>
                <w:rFonts w:cs="Times New Roman"/>
                <w:color w:val="262626"/>
                <w:sz w:val="17"/>
              </w:rPr>
              <w:t>-</w:t>
            </w:r>
            <w:r w:rsidRPr="005E1D14">
              <w:rPr>
                <w:rFonts w:cs="Times New Roman"/>
                <w:color w:val="262626"/>
                <w:sz w:val="17"/>
              </w:rPr>
              <w:t xml:space="preserve"> Kurum / Proje No: ...............................................................................</w:t>
            </w:r>
          </w:p>
        </w:tc>
      </w:tr>
    </w:tbl>
    <w:p w14:paraId="5BF9F933" w14:textId="77777777" w:rsidR="00907A46" w:rsidRPr="005E1D14" w:rsidRDefault="00907A46">
      <w:pPr>
        <w:spacing w:after="20"/>
        <w:rPr>
          <w:rFonts w:ascii="Times New Roman" w:hAnsi="Times New Roman" w:cs="Times New Roman"/>
        </w:rPr>
      </w:pPr>
    </w:p>
    <w:p w14:paraId="1FD9FDEF" w14:textId="77777777" w:rsidR="00907A46" w:rsidRPr="005E1D14" w:rsidRDefault="005E1D14">
      <w:pPr>
        <w:spacing w:before="120" w:after="60"/>
        <w:rPr>
          <w:rFonts w:ascii="Times New Roman" w:hAnsi="Times New Roman" w:cs="Times New Roman"/>
          <w:b/>
          <w:bCs/>
        </w:rPr>
      </w:pPr>
      <w:r w:rsidRPr="005E1D14">
        <w:rPr>
          <w:rFonts w:ascii="Georgia" w:hAnsi="Georgia" w:cs="Times New Roman"/>
          <w:b/>
          <w:bCs/>
          <w:color w:val="1C1C1C"/>
          <w:sz w:val="21"/>
        </w:rPr>
        <w:t>7. VERİ, YAPAY ZEKA VE DİĞER BEYANLAR</w:t>
      </w:r>
    </w:p>
    <w:tbl>
      <w:tblPr>
        <w:tblW w:w="0" w:type="auto"/>
        <w:jc w:val="center"/>
        <w:tblBorders>
          <w:top w:val="single" w:sz="5" w:space="0" w:color="8E8E8E"/>
          <w:left w:val="single" w:sz="5" w:space="0" w:color="8E8E8E"/>
          <w:bottom w:val="single" w:sz="5" w:space="0" w:color="8E8E8E"/>
          <w:right w:val="single" w:sz="5" w:space="0" w:color="8E8E8E"/>
          <w:insideH w:val="single" w:sz="5" w:space="0" w:color="8E8E8E"/>
          <w:insideV w:val="single" w:sz="5" w:space="0" w:color="8E8E8E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568"/>
      </w:tblGrid>
      <w:tr w:rsidR="00907A46" w:rsidRPr="005E1D14" w14:paraId="0B129908" w14:textId="77777777" w:rsidTr="00AF633B">
        <w:trPr>
          <w:cantSplit/>
          <w:trHeight w:val="766"/>
          <w:jc w:val="center"/>
        </w:trPr>
        <w:tc>
          <w:tcPr>
            <w:tcW w:w="2694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8EF7C97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Veri Erişilebilirliği</w:t>
            </w:r>
          </w:p>
        </w:tc>
        <w:tc>
          <w:tcPr>
            <w:tcW w:w="756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68B5A43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19"/>
                <w:tag w:val="SAER_CHECKBOX_19"/>
                <w:id w:val="100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1D1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E1D14" w:rsidRPr="005E1D14">
              <w:rPr>
                <w:rFonts w:cs="Times New Roman"/>
                <w:color w:val="262626"/>
                <w:sz w:val="17"/>
              </w:rPr>
              <w:t xml:space="preserve"> Veriler, makul talep üzerine sorumlu yazardan temin edilebilir.</w:t>
            </w:r>
            <w:r w:rsidR="005E1D14" w:rsidRPr="005E1D14">
              <w:rPr>
                <w:rFonts w:cs="Times New Roman"/>
                <w:color w:val="262626"/>
                <w:sz w:val="17"/>
              </w:rPr>
              <w:br/>
            </w:r>
            <w:sdt>
              <w:sdtPr>
                <w:alias w:val="SAER_Checkbox_20"/>
                <w:tag w:val="SAER_CHECKBOX_20"/>
                <w:id w:val="100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1D1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E1D14" w:rsidRPr="005E1D14">
              <w:rPr>
                <w:rFonts w:cs="Times New Roman"/>
                <w:color w:val="262626"/>
                <w:sz w:val="17"/>
              </w:rPr>
              <w:t xml:space="preserve"> Veriler açık bir veri deposunda erişime açıktır: __________</w:t>
            </w:r>
            <w:r w:rsidR="005E1D14" w:rsidRPr="005E1D14">
              <w:rPr>
                <w:rFonts w:cs="Times New Roman"/>
                <w:color w:val="262626"/>
                <w:sz w:val="17"/>
              </w:rPr>
              <w:br/>
            </w:r>
            <w:sdt>
              <w:sdtPr>
                <w:alias w:val="SAER_Checkbox_21"/>
                <w:tag w:val="SAER_CHECKBOX_21"/>
                <w:id w:val="10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1D1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E1D14" w:rsidRPr="005E1D14">
              <w:rPr>
                <w:rFonts w:cs="Times New Roman"/>
                <w:color w:val="262626"/>
                <w:sz w:val="17"/>
              </w:rPr>
              <w:t xml:space="preserve"> Gizlilik, etik veya yasal nedenlerle veriler kamuya açık değildir.</w:t>
            </w:r>
            <w:r w:rsidR="005E1D14" w:rsidRPr="005E1D14">
              <w:rPr>
                <w:rFonts w:cs="Times New Roman"/>
                <w:color w:val="262626"/>
                <w:sz w:val="17"/>
              </w:rPr>
              <w:br/>
            </w:r>
            <w:sdt>
              <w:sdtPr>
                <w:alias w:val="SAER_Checkbox_22"/>
                <w:tag w:val="SAER_CHECKBOX_22"/>
                <w:id w:val="100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1D1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E1D14" w:rsidRPr="005E1D14">
              <w:rPr>
                <w:rFonts w:cs="Times New Roman"/>
                <w:color w:val="262626"/>
                <w:sz w:val="17"/>
              </w:rPr>
              <w:t xml:space="preserve"> Bu çalışma için veri erişilebilirliği beyanı uygulanabilir değildir.</w:t>
            </w:r>
            <w:r w:rsidR="005E1D14" w:rsidRPr="005E1D14">
              <w:rPr>
                <w:rFonts w:cs="Times New Roman"/>
                <w:color w:val="262626"/>
                <w:sz w:val="17"/>
              </w:rPr>
              <w:br/>
            </w:r>
            <w:sdt>
              <w:sdtPr>
                <w:alias w:val="SAER_Checkbox_23"/>
                <w:tag w:val="SAER_CHECKBOX_23"/>
                <w:id w:val="100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1D1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5E1D14" w:rsidRPr="005E1D14">
              <w:rPr>
                <w:rFonts w:cs="Times New Roman"/>
                <w:color w:val="262626"/>
                <w:sz w:val="17"/>
              </w:rPr>
              <w:t xml:space="preserve"> Diğer: ______________________________</w:t>
            </w:r>
          </w:p>
        </w:tc>
      </w:tr>
      <w:tr w:rsidR="00907A46" w:rsidRPr="005E1D14" w14:paraId="001C0235" w14:textId="77777777" w:rsidTr="00AF633B">
        <w:trPr>
          <w:cantSplit/>
          <w:trHeight w:val="13"/>
          <w:jc w:val="center"/>
        </w:trPr>
        <w:tc>
          <w:tcPr>
            <w:tcW w:w="2694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3856F77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Üretken Yapay Zekâ Kullanımı</w:t>
            </w:r>
          </w:p>
        </w:tc>
        <w:tc>
          <w:tcPr>
            <w:tcW w:w="756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11224D7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sdt>
              <w:sdtPr>
                <w:alias w:val="SAER_Checkbox_24"/>
                <w:tag w:val="SAER_CHECKBOX_24"/>
                <w:id w:val="10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color w:val="222222"/>
                  </w:rPr>
                  <w:t>☐</w:t>
                </w:r>
              </w:sdtContent>
            </w:sdt>
            <w:r w:rsidRPr="005E1D14">
              <w:rPr>
                <w:rFonts w:cs="Times New Roman"/>
                <w:color w:val="262626"/>
                <w:sz w:val="17"/>
              </w:rPr>
              <w:t xml:space="preserve"> Kullanılmadı     </w:t>
            </w:r>
            <w:sdt>
              <w:sdtPr>
                <w:alias w:val="SAER_Checkbox_25"/>
                <w:tag w:val="SAER_CHECKBOX_25"/>
                <w:id w:val="10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color w:val="222222"/>
                  </w:rPr>
                  <w:t>☐</w:t>
                </w:r>
              </w:sdtContent>
            </w:sdt>
            <w:r w:rsidRPr="005E1D14">
              <w:rPr>
                <w:rFonts w:cs="Times New Roman"/>
                <w:color w:val="262626"/>
                <w:sz w:val="17"/>
              </w:rPr>
              <w:t xml:space="preserve"> Kullanıldı </w:t>
            </w:r>
            <w:r w:rsidR="005E1D14">
              <w:rPr>
                <w:rFonts w:cs="Times New Roman"/>
                <w:color w:val="262626"/>
                <w:sz w:val="17"/>
              </w:rPr>
              <w:t>-</w:t>
            </w:r>
            <w:r w:rsidRPr="005E1D14">
              <w:rPr>
                <w:rFonts w:cs="Times New Roman"/>
                <w:color w:val="262626"/>
                <w:sz w:val="17"/>
              </w:rPr>
              <w:t xml:space="preserve"> Araç ve kullanım amacı: ............................................................</w:t>
            </w:r>
          </w:p>
        </w:tc>
      </w:tr>
      <w:tr w:rsidR="00907A46" w:rsidRPr="005E1D14" w14:paraId="4DA3A6FE" w14:textId="77777777" w:rsidTr="00AF633B">
        <w:trPr>
          <w:cantSplit/>
          <w:trHeight w:val="13"/>
          <w:jc w:val="center"/>
        </w:trPr>
        <w:tc>
          <w:tcPr>
            <w:tcW w:w="2694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D8D6446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Teşekkür</w:t>
            </w:r>
          </w:p>
        </w:tc>
        <w:tc>
          <w:tcPr>
            <w:tcW w:w="756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44CB409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3FB37A22" w14:textId="77777777" w:rsidTr="00AF633B">
        <w:trPr>
          <w:cantSplit/>
          <w:trHeight w:val="13"/>
          <w:jc w:val="center"/>
        </w:trPr>
        <w:tc>
          <w:tcPr>
            <w:tcW w:w="2694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A4A436E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Ek Açıklama</w:t>
            </w:r>
          </w:p>
        </w:tc>
        <w:tc>
          <w:tcPr>
            <w:tcW w:w="756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E098EAE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3614AC8" w14:textId="77777777" w:rsidR="00907A46" w:rsidRPr="005E1D14" w:rsidRDefault="00907A46">
      <w:pPr>
        <w:spacing w:after="20"/>
        <w:rPr>
          <w:rFonts w:ascii="Times New Roman" w:hAnsi="Times New Roman" w:cs="Times New Roman"/>
        </w:rPr>
      </w:pPr>
    </w:p>
    <w:p w14:paraId="267ED218" w14:textId="77777777" w:rsidR="00907A46" w:rsidRPr="005E1D14" w:rsidRDefault="005E1D14">
      <w:pPr>
        <w:spacing w:before="120" w:after="60"/>
        <w:rPr>
          <w:rFonts w:ascii="Times New Roman" w:hAnsi="Times New Roman" w:cs="Times New Roman"/>
          <w:b/>
          <w:bCs/>
        </w:rPr>
      </w:pPr>
      <w:r w:rsidRPr="005E1D14">
        <w:rPr>
          <w:rFonts w:ascii="Georgia" w:hAnsi="Georgia" w:cs="Times New Roman"/>
          <w:b/>
          <w:bCs/>
          <w:color w:val="1C1C1C"/>
          <w:sz w:val="21"/>
        </w:rPr>
        <w:t>8. YAZAR ONAYI</w:t>
      </w:r>
    </w:p>
    <w:tbl>
      <w:tblPr>
        <w:tblW w:w="0" w:type="auto"/>
        <w:jc w:val="center"/>
        <w:tblBorders>
          <w:top w:val="single" w:sz="5" w:space="0" w:color="8E8E8E"/>
          <w:left w:val="single" w:sz="5" w:space="0" w:color="8E8E8E"/>
          <w:bottom w:val="single" w:sz="5" w:space="0" w:color="8E8E8E"/>
          <w:right w:val="single" w:sz="5" w:space="0" w:color="8E8E8E"/>
          <w:insideH w:val="single" w:sz="5" w:space="0" w:color="8E8E8E"/>
          <w:insideV w:val="single" w:sz="5" w:space="0" w:color="8E8E8E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852"/>
      </w:tblGrid>
      <w:tr w:rsidR="00907A46" w:rsidRPr="005E1D14" w14:paraId="6316BA2C" w14:textId="77777777" w:rsidTr="00AF633B">
        <w:trPr>
          <w:cantSplit/>
          <w:trHeight w:val="13"/>
          <w:jc w:val="center"/>
        </w:trPr>
        <w:tc>
          <w:tcPr>
            <w:tcW w:w="2410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A4EAAB9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Sorumlu Yazar Adı Soyadı</w:t>
            </w:r>
          </w:p>
        </w:tc>
        <w:tc>
          <w:tcPr>
            <w:tcW w:w="785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6F86A66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43D955BC" w14:textId="77777777" w:rsidTr="00AF633B">
        <w:trPr>
          <w:cantSplit/>
          <w:trHeight w:val="13"/>
          <w:jc w:val="center"/>
        </w:trPr>
        <w:tc>
          <w:tcPr>
            <w:tcW w:w="2410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9F11222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Tarih</w:t>
            </w:r>
          </w:p>
        </w:tc>
        <w:tc>
          <w:tcPr>
            <w:tcW w:w="785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0518EA0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07A46" w:rsidRPr="005E1D14" w14:paraId="744DAEAD" w14:textId="77777777" w:rsidTr="00AF633B">
        <w:trPr>
          <w:cantSplit/>
          <w:trHeight w:val="13"/>
          <w:jc w:val="center"/>
        </w:trPr>
        <w:tc>
          <w:tcPr>
            <w:tcW w:w="2410" w:type="dxa"/>
            <w:shd w:val="clear" w:color="auto" w:fill="F1F1EF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3BADD53" w14:textId="77777777" w:rsidR="00907A46" w:rsidRPr="005E1D14" w:rsidRDefault="0000000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E1D14">
              <w:rPr>
                <w:rFonts w:cs="Times New Roman"/>
                <w:b/>
                <w:color w:val="262626"/>
                <w:sz w:val="17"/>
              </w:rPr>
              <w:t>İmza</w:t>
            </w:r>
          </w:p>
        </w:tc>
        <w:tc>
          <w:tcPr>
            <w:tcW w:w="785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2C96C54" w14:textId="77777777" w:rsidR="00907A46" w:rsidRPr="005E1D14" w:rsidRDefault="00907A4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3330CB8" w14:textId="77777777" w:rsidR="005E1D14" w:rsidRDefault="005E1D14">
      <w:pPr>
        <w:spacing w:before="60" w:after="140"/>
        <w:rPr>
          <w:rFonts w:ascii="Times New Roman" w:hAnsi="Times New Roman" w:cs="Times New Roman"/>
          <w:i/>
          <w:color w:val="5A5A5A"/>
          <w:sz w:val="16"/>
        </w:rPr>
      </w:pPr>
    </w:p>
    <w:p w14:paraId="387BE202" w14:textId="77777777" w:rsidR="00907A46" w:rsidRPr="005E1D14" w:rsidRDefault="005E1D14" w:rsidP="005E1D14">
      <w:pPr>
        <w:spacing w:before="60" w:after="140"/>
        <w:jc w:val="both"/>
        <w:rPr>
          <w:rFonts w:ascii="Times New Roman" w:hAnsi="Times New Roman" w:cs="Times New Roman"/>
        </w:rPr>
      </w:pPr>
      <w:r>
        <w:rPr>
          <w:rFonts w:cs="Times New Roman"/>
          <w:i/>
          <w:color w:val="5F5F5F"/>
          <w:sz w:val="15"/>
        </w:rPr>
        <w:t>*</w:t>
      </w:r>
      <w:r w:rsidRPr="005E1D14">
        <w:rPr>
          <w:rFonts w:cs="Times New Roman"/>
          <w:i/>
          <w:color w:val="5F5F5F"/>
          <w:sz w:val="15"/>
        </w:rPr>
        <w:t>Bu başlık sayfası makalenin anonim tam metin dosyasından ayrı olarak yüklenmelidir. Dergi, kabul edilen çalışmaların son biçimlendirmesini yayın öncesinde gerçekleştirir.</w:t>
      </w:r>
    </w:p>
    <w:sectPr w:rsidR="00907A46" w:rsidRPr="005E1D14" w:rsidSect="00034616">
      <w:footerReference w:type="default" r:id="rId11"/>
      <w:pgSz w:w="11906" w:h="16838"/>
      <w:pgMar w:top="749" w:right="893" w:bottom="691" w:left="8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5A43E" w14:textId="77777777" w:rsidR="000D3E7D" w:rsidRDefault="000D3E7D">
      <w:pPr>
        <w:spacing w:line="240" w:lineRule="auto"/>
      </w:pPr>
      <w:r>
        <w:separator/>
      </w:r>
    </w:p>
  </w:endnote>
  <w:endnote w:type="continuationSeparator" w:id="0">
    <w:p w14:paraId="3EAA87C2" w14:textId="77777777" w:rsidR="000D3E7D" w:rsidRDefault="000D3E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CF5C8" w14:textId="77777777" w:rsidR="00254E62" w:rsidRDefault="00254E62"/>
  <w:tbl>
    <w:tblPr>
      <w:tblW w:w="0" w:type="auto"/>
      <w:tblBorders>
        <w:top w:val="single" w:sz="4" w:space="0" w:color="D8D2CA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978"/>
      <w:gridCol w:w="3284"/>
    </w:tblGrid>
    <w:tr w:rsidR="00254E62" w14:paraId="417C04ED" w14:textId="77777777">
      <w:tc>
        <w:tcPr>
          <w:tcW w:w="6978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6DDE675" w14:textId="77777777" w:rsidR="00254E62" w:rsidRDefault="00000000">
          <w:pPr>
            <w:spacing w:before="100"/>
          </w:pPr>
          <w:r>
            <w:rPr>
              <w:color w:val="646464"/>
              <w:sz w:val="15"/>
            </w:rPr>
            <w:t>SAER Journal · saerjournal.org · info@saerjournal.org</w:t>
          </w:r>
        </w:p>
      </w:tc>
      <w:tc>
        <w:tcPr>
          <w:tcW w:w="328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9DEC018" w14:textId="0FA0041D" w:rsidR="00254E62" w:rsidRDefault="00000000">
          <w:pPr>
            <w:spacing w:before="100"/>
            <w:jc w:val="right"/>
          </w:pPr>
          <w:r>
            <w:rPr>
              <w:color w:val="646464"/>
              <w:sz w:val="15"/>
            </w:rPr>
            <w:t xml:space="preserve">SAER-FRM-001 · </w:t>
          </w:r>
          <w:r w:rsidR="00AF633B">
            <w:rPr>
              <w:color w:val="646464"/>
              <w:sz w:val="15"/>
            </w:rPr>
            <w:t>10</w:t>
          </w:r>
          <w:r>
            <w:rPr>
              <w:color w:val="646464"/>
              <w:sz w:val="15"/>
            </w:rPr>
            <w:t>.09.2026 · Rev. 01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B3A02" w14:textId="77777777" w:rsidR="000D3E7D" w:rsidRDefault="000D3E7D">
      <w:pPr>
        <w:spacing w:line="240" w:lineRule="auto"/>
      </w:pPr>
      <w:r>
        <w:separator/>
      </w:r>
    </w:p>
  </w:footnote>
  <w:footnote w:type="continuationSeparator" w:id="0">
    <w:p w14:paraId="42A5F936" w14:textId="77777777" w:rsidR="000D3E7D" w:rsidRDefault="000D3E7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5840788">
    <w:abstractNumId w:val="8"/>
  </w:num>
  <w:num w:numId="2" w16cid:durableId="1661501150">
    <w:abstractNumId w:val="6"/>
  </w:num>
  <w:num w:numId="3" w16cid:durableId="1389573345">
    <w:abstractNumId w:val="5"/>
  </w:num>
  <w:num w:numId="4" w16cid:durableId="14158277">
    <w:abstractNumId w:val="4"/>
  </w:num>
  <w:num w:numId="5" w16cid:durableId="2118677092">
    <w:abstractNumId w:val="7"/>
  </w:num>
  <w:num w:numId="6" w16cid:durableId="1881819585">
    <w:abstractNumId w:val="3"/>
  </w:num>
  <w:num w:numId="7" w16cid:durableId="695928268">
    <w:abstractNumId w:val="2"/>
  </w:num>
  <w:num w:numId="8" w16cid:durableId="159152230">
    <w:abstractNumId w:val="1"/>
  </w:num>
  <w:num w:numId="9" w16cid:durableId="1586961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3E7D"/>
    <w:rsid w:val="0015074B"/>
    <w:rsid w:val="001B7DF0"/>
    <w:rsid w:val="00254E62"/>
    <w:rsid w:val="0029639D"/>
    <w:rsid w:val="00326F90"/>
    <w:rsid w:val="005266CB"/>
    <w:rsid w:val="005E1D14"/>
    <w:rsid w:val="00763369"/>
    <w:rsid w:val="0083330F"/>
    <w:rsid w:val="00907A46"/>
    <w:rsid w:val="00AA1D8D"/>
    <w:rsid w:val="00AF633B"/>
    <w:rsid w:val="00B47730"/>
    <w:rsid w:val="00C207FD"/>
    <w:rsid w:val="00CB0664"/>
    <w:rsid w:val="00DA75C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F60A25"/>
  <w14:defaultImageDpi w14:val="300"/>
  <w15:docId w15:val="{AD773C19-5986-4879-8310-432EC0F8D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5E1D14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5E1D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credit.niso.org/contributor-roles-defined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rcid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SAER Journal - Başlık Sayfası / Title Page Form</dc:title>
  <dc:subject>SAER-FRM-001</dc:subject>
  <cp:keywords/>
  <dcterms:created xsi:type="dcterms:W3CDTF">2026-09-24T10:47:00Z</dcterms:created>
  <dcterms:modified xsi:type="dcterms:W3CDTF">2026-09-24T12:36:00Z</dcterms:modified>
  <cp:category/>
</cp:coreProperties>
</file>